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74A33" w14:textId="77777777" w:rsidR="0021484D" w:rsidRPr="00B5752F" w:rsidRDefault="001D7A80" w:rsidP="000A3C27">
      <w:pPr>
        <w:pStyle w:val="Titlu"/>
        <w:spacing w:after="80"/>
        <w:jc w:val="both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lang w:val="ro-RO"/>
        </w:rPr>
        <w:t>FORMULARE</w:t>
      </w:r>
    </w:p>
    <w:p w14:paraId="0F466C35" w14:textId="77777777" w:rsidR="0021484D" w:rsidRPr="00B5752F" w:rsidRDefault="001D7A80" w:rsidP="000A3C27">
      <w:pPr>
        <w:pStyle w:val="Titlu2"/>
        <w:spacing w:after="80"/>
        <w:jc w:val="both"/>
        <w:rPr>
          <w:rFonts w:ascii="Book Antiqua" w:hAnsi="Book Antiqua"/>
          <w:color w:val="auto"/>
          <w:lang w:val="ro-RO"/>
        </w:rPr>
      </w:pPr>
      <w:r>
        <w:rPr>
          <w:rFonts w:ascii="Book Antiqua" w:eastAsia="Calibri" w:hAnsi="Book Antiqua"/>
          <w:color w:val="auto"/>
          <w:lang w:val="ro-RO"/>
        </w:rPr>
        <w:t>Procedura proprie de atribuire a contractului de servicii</w:t>
      </w:r>
    </w:p>
    <w:p w14:paraId="1BB1F364" w14:textId="77777777" w:rsidR="0021484D" w:rsidRPr="00B5752F" w:rsidRDefault="001D7A80" w:rsidP="000A3C27">
      <w:pPr>
        <w:pStyle w:val="Titlu3"/>
        <w:spacing w:after="80"/>
        <w:jc w:val="both"/>
        <w:rPr>
          <w:rFonts w:ascii="Book Antiqua" w:hAnsi="Book Antiqua"/>
          <w:color w:val="auto"/>
          <w:lang w:val="ro-RO"/>
        </w:rPr>
      </w:pPr>
      <w:r>
        <w:rPr>
          <w:rFonts w:ascii="Book Antiqua" w:eastAsia="Calibri" w:hAnsi="Book Antiqua"/>
          <w:color w:val="auto"/>
          <w:lang w:val="ro-RO"/>
        </w:rPr>
        <w:t>„Servicii de catering pentru elevii unităților de învățământ din orașul Rovinari, în cadrul Programului Național «Masă sănătoasă» (PNMS) – anul 2026”</w:t>
      </w:r>
    </w:p>
    <w:p w14:paraId="14D2F76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Notă: Formularele se completează, se semnează de reprezentantul legal/împuternicit și se depun împreună cu oferta, în modalitatea prevăzută în documentația de atribuire. Autoritatea contractantă poate solicita documente justificative și clarificări în condițiile documentației și ale legii.</w:t>
      </w:r>
    </w:p>
    <w:p w14:paraId="7C6A0D7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0B93B9BF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>Formularul nr. 1 - Declara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ie privind ne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ncadrarea 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n prevederile art. 164 din Legea nr. 98/2016</w:t>
      </w:r>
    </w:p>
    <w:p w14:paraId="3D497F5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Subsemnatul(a) ______________________________, reprezentant legal/împuternicit al ______________________________, în calitate de ofertant/ofertant asociat/subcontractant/terț susținător în cadrul procedurii de atribuire a contractului „Servicii de catering pentru elevii unităților de învățământ din orașul Rovinari, în cadrul Programului Național «Masă sănătoasă» (PNMS) – anul 2026”, cunoscând prevederile art. 326 din Codul penal privind falsul în declarații, declar pe propria răspundere că entitatea pe care o reprezint nu se află în situația prevăzută la art. 164 din Legea nr. 98/2016.</w:t>
      </w:r>
    </w:p>
    <w:p w14:paraId="47A649B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 concret, declar că entitatea pe care o reprezint nu a fost condamnată prin hotărâre definitivă a unei instan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 judec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tore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ti pentru comiterea uneia dintre urm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toarele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iuni:</w:t>
      </w:r>
    </w:p>
    <w:p w14:paraId="51663AD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a) constituirea unui grup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ional organizat,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zut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 art. 367 din Legea nr. 286/2009 privind Codul penal,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59ECD3C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b)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 de corup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ie,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zute de art. 289-294 din Legea nr. 286/2009,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ulterioare,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 asimilate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iunilor de corup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zute de art. 10-13 din Legea nr. 78/2000 pentru prevenirea, descoperirea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sanc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ionarea faptelor de corup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6D863D0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c) infrac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iuni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mpotriva intereselor financiare ale Uniunii Europene,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zute de art. 181-185 din Legea nr. 78/2000,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51E13D4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d) acte de terorism, prevăzute de art. 32-35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art. 37-38 din Legea nr. 535/2004 privind prevenirea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combaterea terorismului,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48F84B3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e) spălarea banilor, prevăzută de art. 29 din Legea nr. 656/2002 pentru prevenirea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sanc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ionarea sp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rii banilor, precum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pentru instituirea unor 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suri de prevenire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combatere a finan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rii terorismului, republicat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finan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area terorismului,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zut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 art. 36 din Legea nr. 535/2004, cu modific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786A844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f) traficul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exploatarea persoanelor vulnerabile,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zute de art. 209-217 din Legea nr. 286/2009, cu modificările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complet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rile ulterioare, sau de dispozi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corespunz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 ale legisla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penale 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respectivul operator economic a fost condamnat;</w:t>
      </w:r>
    </w:p>
    <w:p w14:paraId="29625976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g) fraudă, în sensul articolului 1 din Conven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ia privind protejarea intereselor financiare ale Comunit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ilor Europene din 27 noiembrie 1995.</w:t>
      </w:r>
    </w:p>
    <w:p w14:paraId="3D0ED57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Prezenta declara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i prive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te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pe membrii organului de administrare, de conducere sau de supraveghere al entit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ii, precum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persoanele care au putere de reprezentare, de decizie sau de control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cadrul acesteia, potrivit art. 164 alin. (2) din Legea nr. 98/2016.</w:t>
      </w:r>
    </w:p>
    <w:p w14:paraId="7D2008A6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eleg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autoritatea contractant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are dreptul de a solicita documente justificative actualizate pentru verificarea celor declarate,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condi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documenta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de atribuire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ale Legii nr. 98/2016.</w:t>
      </w:r>
    </w:p>
    <w:p w14:paraId="50F8C10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Mă oblig să informez imediat autoritatea contractantă cu privire la orice modificare intervenită în legătură cu cele declarate.</w:t>
      </w:r>
    </w:p>
    <w:p w14:paraId="721181E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24B177C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Denumirea entită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ii: __________________________</w:t>
      </w:r>
    </w:p>
    <w:p w14:paraId="474BCBE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_________________________________</w:t>
      </w:r>
    </w:p>
    <w:p w14:paraId="41DA3DE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6C8495D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357610CF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>Formularul nr. 2 - Declara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ie privind ne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ncadrarea 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n prevederile art. 165 din Legea nr. 98/2016</w:t>
      </w:r>
    </w:p>
    <w:p w14:paraId="0D6FA0A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Subsemnatul(a) ______________________________, reprezentant legal/împuternicit al ______________________________, în calitate de ofertant/ofertant asociat/subcontractant/terț susținător în cadrul procedurii de atribuire a contractului „Servicii de catering pentru elevii unităților de învățământ din orașul Rovinari, în cadrul Programului Național «Masă sănătoasă» (PNMS) – anul 2026”, cunoscând prevederile art. 326 din Codul penal privind falsul în declarații, declar pe propria răspundere că entitatea pe care o reprezint nu se află în situația prevăzută la art. 165 din Legea nr. 98/2016.</w:t>
      </w:r>
    </w:p>
    <w:p w14:paraId="0E72FD2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În concret, declar că entitatea pe care o reprezint nu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i-a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lcat obliga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privind plata impozitelor, taxelor sau a contribu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iilor la bugetul general consolidat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niciuna dintre urm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toarele situa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ii:</w:t>
      </w:r>
    </w:p>
    <w:p w14:paraId="6C65F2B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a) încălcarea să fi fost stabilită printr-o hotărâre judecătorească sau decizie administrativă având caracter definitiv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obligatoriu,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conformitate cu legea statului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care operatorul economic este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nfiin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at sau cu cea a statului membru al autorit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contractante;</w:t>
      </w:r>
    </w:p>
    <w:p w14:paraId="1E1D4FD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b) autoritatea contractantă să poată demonstra prin orice mijloace adecvate încălcarea obliga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iilor privind plata impozitelor, taxelor sau a contribu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iilor la bugetul general consolidat.</w:t>
      </w:r>
    </w:p>
    <w:p w14:paraId="658DB50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Declar, după caz, că anterior unei eventuale decizii de excludere entitatea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i-a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ndeplinit obliga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prin plata impozitelor, taxelor sau contribu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iilor la bugetul general consolidat datorate ori prin alte modalit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 de stingere a acestora sau beneficiaz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condi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legii, de e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alonarea acestora ori de alte facilit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vederea pl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ii, inclusiv, dup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caz, a eventualelor dob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nzi ori penalit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 de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nt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rziere acumulate sau a amenzilor, situa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care nu opereaz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excluderea potrivit art. 165 alin. (2) din Legea nr. 98/2016.</w:t>
      </w:r>
    </w:p>
    <w:p w14:paraId="08662B3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La solicitarea autorității contractante, voi prezenta pentru sediul principal documente din care să reiasă neîncadrarea în prevederile art. 165 alin. (1), iar pentru sediile secundare/punctele de lucru, o declarație pe propria răspundere privind îndeplinirea obligațiilor de plată a impozitelor, taxelor sau contribuțiilor la bugetul general consolidat datorate.</w:t>
      </w:r>
    </w:p>
    <w:p w14:paraId="5295229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eleg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autoritatea contractant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are dreptul de a solicita certificate de atestare fiscal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orice alte documente justificative actualizate pentru verificarea celor declarate,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condi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documenta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de atribuire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ale Legii nr. 98/2016.</w:t>
      </w:r>
    </w:p>
    <w:p w14:paraId="3E5BEDF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Mă oblig să informez imediat autoritatea contractantă cu privire la orice modificare intervenită în legătură cu cele declarate.</w:t>
      </w:r>
    </w:p>
    <w:p w14:paraId="67C5F08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2FA9614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Denumirea entită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ii: __________________________</w:t>
      </w:r>
    </w:p>
    <w:p w14:paraId="1005D2C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_________________________________</w:t>
      </w:r>
    </w:p>
    <w:p w14:paraId="4A7340E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428CE0D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319B520E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>Formularul nr. 3 - Declara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ie privind ne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ncadrarea 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î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n prevederile art. 167 din Legea nr. 98/2016</w:t>
      </w:r>
    </w:p>
    <w:p w14:paraId="2EA7BFC6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Subsemnatul(a) ______________________________, reprezentant legal/împuternicit al ______________________________, în calitate de ofertant/ofertant asociat/subcontractant/terț susținător în cadrul procedurii de atribuire a contractului „Servicii de catering pentru elevii unităților de învățământ din orașul Rovinari, în cadrul Programului Național «Masă sănătoasă» (PNMS) – anul 2026”, cunoscând prevederile art. 326 din Codul penal privind falsul în declarații, declar pe propria răspundere că entitatea pe care o reprezint nu se află în niciuna dintre situațiile prevăzute la art. 167 din Legea nr. 98/2016.</w:t>
      </w:r>
    </w:p>
    <w:p w14:paraId="7474DCD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 concret, declar că entitatea pe care o reprezint:</w:t>
      </w:r>
    </w:p>
    <w:p w14:paraId="424993C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a) nu a încălcat obliga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stabilite potrivit art. 51 din Legea nr. 98/2016;</w:t>
      </w:r>
    </w:p>
    <w:p w14:paraId="1BB7FC0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b) nu se află în procedura insolven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ei sau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lichidare,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supraveghere judiciar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ori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ncetarea activit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ii;</w:t>
      </w:r>
    </w:p>
    <w:p w14:paraId="7C4BBF1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c) nu a comis o abatere profesională gravă care să îi pună în discu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 integritatea; prin abatere profesional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grav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se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elege orice abatere care afecteaz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reputa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ia profesional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, cum ar fi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 ale regulilor de concuren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 tip cartel care vizeaz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trucarea licita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iilor sau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 ale drepturilor de proprietate intelectual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v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r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cu inten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 ori din culp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grav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;</w:t>
      </w:r>
    </w:p>
    <w:p w14:paraId="00EE40C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d) nu a încheiat cu al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 operatori economici acorduri care vizeaz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denaturarea concuren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ei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cadrul sau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leg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tur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cu procedura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cauz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;</w:t>
      </w:r>
    </w:p>
    <w:p w14:paraId="4F36E18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e) nu se află într-o situa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 de conflict de interese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cadrul sau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leg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tur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cu procedura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cauz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care 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nu poat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fi remediat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mod efectiv prin alte 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suri mai pu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 severe;</w:t>
      </w:r>
    </w:p>
    <w:p w14:paraId="0777322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f) nu a participat anterior la pregătirea procedurii de atribuire într-un mod care să fi condus la o distorsionare a concuren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ei ce nu poate fi remediat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prin alte 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suri mai pu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 severe;</w:t>
      </w:r>
    </w:p>
    <w:p w14:paraId="02CC620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g) nu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i-a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lcat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mod grav sau repetat obliga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iile principale ce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i reveneau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cadrul unui contract de achizi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publice, al unui contract de achizi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sectoriale ori al unui contract de concesiune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ncheiat anterior, iar asemenea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ri nu au dus la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ncetarea anticipat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 contractului, plata de daune-interese sau alte sanc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iuni comparabile; constituie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lc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 grave, cu titlu exemplificativ, neexecutarea contractului ori livrarea/prestarea/executarea unor produse/servicii/lucr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 care prezint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neconformită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 majore ce le fac improprii utiliz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rii conform destina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iei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zute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contract;</w:t>
      </w:r>
    </w:p>
    <w:p w14:paraId="75DA830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h) nu s-a făcut vinovată de declara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false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inutul informa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iilor transmise la solicitarea autorit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contractante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scopul verific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rii absen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ei motivelor de excludere sau al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ndeplinirii criteriilor de calificare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selec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ie, a prezentat aceste informa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este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sur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prezinte documentele justificative solicitate;</w:t>
      </w:r>
    </w:p>
    <w:p w14:paraId="5AE1C2D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i) nu a încercat să influen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eze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mod nelegal procesul decizional al autorit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contractante, 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ob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informa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confiden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iale care i-ar putea conferi avantaje nejustificate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 xml:space="preserve">n cadrul procedurii de atribuire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nu a furnizat din neglijen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informa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eronate care pot avea o influen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semnificativ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asupra deciziilor autorit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contractante privind excluderea, selectarea sau atribuirea contractului.</w:t>
      </w:r>
    </w:p>
    <w:p w14:paraId="21FCA97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 sensul art. 167 alin. (5), declar că nu este incidentă niciuna dintre următoarele situa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exemplificative privind denaturarea concuren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ei:</w:t>
      </w:r>
    </w:p>
    <w:p w14:paraId="74FE21A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a) oferta/solicitarea de participare transmisă prezintă asemănări semnificative, din punctul de vedere al con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inutului documentelor nestandardizate potrivit documenta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iei de atribuire, cu oferta/solicitarea transmis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 un alt operator economic participant;</w:t>
      </w:r>
    </w:p>
    <w:p w14:paraId="545D10C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b) în organele de conducere ale entită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ale unui alt operator economic participant se reg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sesc acelea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persoane ori persoane care sunt so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/so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ie, rud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sau afin p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n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la gradul al doilea inclusiv ori care au interese comune de natură personală, financiară, economică sau de orice altă natură;</w:t>
      </w:r>
    </w:p>
    <w:p w14:paraId="115A774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 xml:space="preserve">c) ofertantul/candidatul a depus două sau mai multe oferte/solicitări de participare, atât individual, cât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comun cu al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 operatori economici, sau numai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comun cu al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 operatori economici;</w:t>
      </w:r>
    </w:p>
    <w:p w14:paraId="569F4486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d) ofertantul/candidatul a depus ofertă/solicitare de participare individuală ori în comun cu al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 operatori economici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 xml:space="preserve">i este nominalizat ca subcontractant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cadrul unei alte oferte/solicit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ri de participare.</w:t>
      </w:r>
    </w:p>
    <w:p w14:paraId="37149F1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lastRenderedPageBreak/>
        <w:t>Dacă entitatea este organizată ca societate pe 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iuni, declar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nu are capitalul social reprezentat prin 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 la purt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tor sau, dup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caz,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face dovada identit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de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in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torilor/beneficiarilor reali ai ac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iunilor la purt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tor, conform art. 167 alin. (1^1) din Legea nr. 98/2016.</w:t>
      </w:r>
    </w:p>
    <w:p w14:paraId="2D275FF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 cazul în care împotriva entită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 a fost deschis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procedura general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de insolven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declar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aceasta are capacitatea de a executa contractul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se afl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fie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faza de observa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ie, adopt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nd m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surile necesare pentru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ntocmirea unui plan de reorganizare fezabil care permite continuarea sustenabil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 activit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ii curente, fie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faza de reorganizare judiciar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respect</w:t>
      </w:r>
      <w:r w:rsidRPr="00B5752F">
        <w:rPr>
          <w:rFonts w:ascii="Book Antiqua" w:hAnsi="Book Antiqua" w:cs="Book Antiqua"/>
          <w:lang w:val="ro-RO"/>
        </w:rPr>
        <w:t>â</w:t>
      </w:r>
      <w:r w:rsidRPr="00B5752F">
        <w:rPr>
          <w:rFonts w:ascii="Book Antiqua" w:hAnsi="Book Antiqua"/>
          <w:lang w:val="ro-RO"/>
        </w:rPr>
        <w:t>nd integral graficul de implementare a planului de reorganizare aprobat de instan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, potrivit art. 167 alin. (2) din Legea nr. 98/2016.</w:t>
      </w:r>
    </w:p>
    <w:p w14:paraId="5A98515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eleg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naintea unei eventuale excluderi pentru situa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ia prev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zut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la art. 167 alin. (1) lit. f), autoritatea contractant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trebuie s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mi acorde posibilitatea de a demonstra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implicarea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preg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>tirea procedurii nu poate denatura concuren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a.</w:t>
      </w:r>
    </w:p>
    <w:p w14:paraId="2074E6D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În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eleg c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autoritatea contractant</w:t>
      </w:r>
      <w:r w:rsidRPr="00B5752F">
        <w:rPr>
          <w:rFonts w:ascii="Book Antiqua" w:hAnsi="Book Antiqua" w:cs="Book Antiqua"/>
          <w:lang w:val="ro-RO"/>
        </w:rPr>
        <w:t>ă</w:t>
      </w:r>
      <w:r w:rsidRPr="00B5752F">
        <w:rPr>
          <w:rFonts w:ascii="Book Antiqua" w:hAnsi="Book Antiqua"/>
          <w:lang w:val="ro-RO"/>
        </w:rPr>
        <w:t xml:space="preserve"> are dreptul de a solicita documente justificative actualizate pentru verificarea celor declarate, </w:t>
      </w:r>
      <w:r w:rsidRPr="00B5752F">
        <w:rPr>
          <w:rFonts w:ascii="Book Antiqua" w:hAnsi="Book Antiqua" w:cs="Book Antiqua"/>
          <w:lang w:val="ro-RO"/>
        </w:rPr>
        <w:t>î</w:t>
      </w:r>
      <w:r w:rsidRPr="00B5752F">
        <w:rPr>
          <w:rFonts w:ascii="Book Antiqua" w:hAnsi="Book Antiqua"/>
          <w:lang w:val="ro-RO"/>
        </w:rPr>
        <w:t>n condi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>iile documenta</w:t>
      </w:r>
      <w:r w:rsidRPr="00B5752F">
        <w:rPr>
          <w:rFonts w:ascii="Cambria" w:hAnsi="Cambria" w:cs="Cambria"/>
          <w:lang w:val="ro-RO"/>
        </w:rPr>
        <w:t>ț</w:t>
      </w:r>
      <w:r w:rsidRPr="00B5752F">
        <w:rPr>
          <w:rFonts w:ascii="Book Antiqua" w:hAnsi="Book Antiqua"/>
          <w:lang w:val="ro-RO"/>
        </w:rPr>
        <w:t xml:space="preserve">iei de atribuire </w:t>
      </w:r>
      <w:r w:rsidRPr="00B5752F">
        <w:rPr>
          <w:rFonts w:ascii="Cambria" w:hAnsi="Cambria" w:cs="Cambria"/>
          <w:lang w:val="ro-RO"/>
        </w:rPr>
        <w:t>ș</w:t>
      </w:r>
      <w:r w:rsidRPr="00B5752F">
        <w:rPr>
          <w:rFonts w:ascii="Book Antiqua" w:hAnsi="Book Antiqua"/>
          <w:lang w:val="ro-RO"/>
        </w:rPr>
        <w:t>i ale Legii nr. 98/2016.</w:t>
      </w:r>
    </w:p>
    <w:p w14:paraId="3FC9CD4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Mă oblig să informez imediat autoritatea contractantă cu privire la orice modificare intervenită în legătură cu cele declarate.</w:t>
      </w:r>
    </w:p>
    <w:p w14:paraId="3BD6107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1E41702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Denumirea entită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ii: __________________________</w:t>
      </w:r>
    </w:p>
    <w:p w14:paraId="4F777AD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_________________________________</w:t>
      </w:r>
    </w:p>
    <w:p w14:paraId="35B0E75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5EA8E9B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111C341C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4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Declara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ie privind conflictul de interese</w:t>
      </w:r>
    </w:p>
    <w:p w14:paraId="0207C2F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Subsemnatul(a) ______________________________, reprezentant legal/împuternicit al ______________________________, în calitate de ofertant/ofertant asociat/subcontractant/terț susținător la procedura având ca obiect „Servicii de catering pentru elevii unităților de învățământ din orașul Rovinari, în cadrul Programului Național «Masă sănătoasă» (PNMS) – anul 2026”, declar pe propria răspundere, sub sancțiunile aplicabile falsului în declarații, că entitatea pe care o reprezint nu se află în situațiile prevăzute la art. 59 și 60 din Legea nr. 98/2016.</w:t>
      </w:r>
    </w:p>
    <w:p w14:paraId="7ECFE27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Declar că nici entitatea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nici membrii organelor de administrare/conducere/supraveghere, asocia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 ori ac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ionarii relevan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 nu au rela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 dintre cele prev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zute de lege cu persoanele cu func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 de decizie din cadrul autorit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ii contractante implicate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procedur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.</w:t>
      </w:r>
    </w:p>
    <w:p w14:paraId="08309DF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Persoanele cu funcții de decizie comunicate de autoritatea contractantă (lista se verifică și se actualizează la data lansării):</w:t>
      </w:r>
    </w:p>
    <w:p w14:paraId="4C2810E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1. Robert-Dorin FILIP - Primar;</w:t>
      </w:r>
    </w:p>
    <w:p w14:paraId="381C318D" w14:textId="7818E907" w:rsidR="0021484D" w:rsidRPr="00B5752F" w:rsidRDefault="001D7A80" w:rsidP="000A3C27">
      <w:pPr>
        <w:spacing w:after="80"/>
        <w:jc w:val="both"/>
        <w:rPr>
          <w:rFonts w:ascii="Book Antiqua" w:eastAsia="Calibri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2. Vasile-Gabriel CRĂC - </w:t>
      </w:r>
      <w:r w:rsidR="00C6719C" w:rsidRPr="00B5752F">
        <w:rPr>
          <w:rFonts w:ascii="Book Antiqua" w:eastAsia="Calibri" w:hAnsi="Book Antiqua"/>
          <w:lang w:val="ro-RO"/>
        </w:rPr>
        <w:t>Viceprimar</w:t>
      </w:r>
      <w:r w:rsidRPr="00B5752F">
        <w:rPr>
          <w:rFonts w:ascii="Book Antiqua" w:eastAsia="Calibri" w:hAnsi="Book Antiqua"/>
          <w:lang w:val="ro-RO"/>
        </w:rPr>
        <w:t>;</w:t>
      </w:r>
    </w:p>
    <w:p w14:paraId="55BA153B" w14:textId="1D6DEC51" w:rsidR="00C6719C" w:rsidRPr="00B5752F" w:rsidRDefault="00C6719C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3. Stroe Marius – Administrator Public;</w:t>
      </w:r>
    </w:p>
    <w:p w14:paraId="2CA5AF56" w14:textId="0C6EB4D3" w:rsidR="0021484D" w:rsidRPr="00B5752F" w:rsidRDefault="00C6719C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4</w:t>
      </w:r>
      <w:r w:rsidR="001D7A80" w:rsidRPr="00B5752F">
        <w:rPr>
          <w:rFonts w:ascii="Book Antiqua" w:eastAsia="Calibri" w:hAnsi="Book Antiqua"/>
          <w:lang w:val="ro-RO"/>
        </w:rPr>
        <w:t xml:space="preserve">. Gheorghe NEGREANU - </w:t>
      </w:r>
      <w:r w:rsidR="001D7A80" w:rsidRPr="00B5752F">
        <w:rPr>
          <w:rFonts w:ascii="Cambria" w:eastAsia="Calibri" w:hAnsi="Cambria" w:cs="Cambria"/>
          <w:lang w:val="ro-RO"/>
        </w:rPr>
        <w:t>Ș</w:t>
      </w:r>
      <w:r w:rsidR="001D7A80" w:rsidRPr="00B5752F">
        <w:rPr>
          <w:rFonts w:ascii="Book Antiqua" w:eastAsia="Calibri" w:hAnsi="Book Antiqua"/>
          <w:lang w:val="ro-RO"/>
        </w:rPr>
        <w:t>ef Serviciu Achizi</w:t>
      </w:r>
      <w:r w:rsidR="001D7A80" w:rsidRPr="00B5752F">
        <w:rPr>
          <w:rFonts w:ascii="Cambria" w:eastAsia="Calibri" w:hAnsi="Cambria" w:cs="Cambria"/>
          <w:lang w:val="ro-RO"/>
        </w:rPr>
        <w:t>ț</w:t>
      </w:r>
      <w:r w:rsidR="001D7A80" w:rsidRPr="00B5752F">
        <w:rPr>
          <w:rFonts w:ascii="Book Antiqua" w:eastAsia="Calibri" w:hAnsi="Book Antiqua"/>
          <w:lang w:val="ro-RO"/>
        </w:rPr>
        <w:t>ii Publice, Fonduri Europene;</w:t>
      </w:r>
    </w:p>
    <w:p w14:paraId="6B444A29" w14:textId="5AAAC4B1" w:rsidR="0021484D" w:rsidRPr="00B5752F" w:rsidRDefault="00C6719C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5</w:t>
      </w:r>
      <w:r w:rsidR="001D7A80" w:rsidRPr="00B5752F">
        <w:rPr>
          <w:rFonts w:ascii="Book Antiqua" w:eastAsia="Calibri" w:hAnsi="Book Antiqua"/>
          <w:lang w:val="ro-RO"/>
        </w:rPr>
        <w:t>. Paul-Alexandru PODĂRELU - Director executiv, Direc</w:t>
      </w:r>
      <w:r w:rsidR="001D7A80" w:rsidRPr="00B5752F">
        <w:rPr>
          <w:rFonts w:ascii="Cambria" w:eastAsia="Calibri" w:hAnsi="Cambria" w:cs="Cambria"/>
          <w:lang w:val="ro-RO"/>
        </w:rPr>
        <w:t>ț</w:t>
      </w:r>
      <w:r w:rsidR="001D7A80" w:rsidRPr="00B5752F">
        <w:rPr>
          <w:rFonts w:ascii="Book Antiqua" w:eastAsia="Calibri" w:hAnsi="Book Antiqua"/>
          <w:lang w:val="ro-RO"/>
        </w:rPr>
        <w:t>ia Administrare Patrimoniu;</w:t>
      </w:r>
    </w:p>
    <w:p w14:paraId="35DDF185" w14:textId="4EFABFAA" w:rsidR="0021484D" w:rsidRPr="00B5752F" w:rsidRDefault="00C6719C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6</w:t>
      </w:r>
      <w:r w:rsidR="001D7A80" w:rsidRPr="00B5752F">
        <w:rPr>
          <w:rFonts w:ascii="Book Antiqua" w:eastAsia="Calibri" w:hAnsi="Book Antiqua"/>
          <w:lang w:val="ro-RO"/>
        </w:rPr>
        <w:t>. Mioara-</w:t>
      </w:r>
      <w:proofErr w:type="spellStart"/>
      <w:r w:rsidR="001D7A80" w:rsidRPr="00B5752F">
        <w:rPr>
          <w:rFonts w:ascii="Book Antiqua" w:eastAsia="Calibri" w:hAnsi="Book Antiqua"/>
          <w:lang w:val="ro-RO"/>
        </w:rPr>
        <w:t>Dorida</w:t>
      </w:r>
      <w:proofErr w:type="spellEnd"/>
      <w:r w:rsidR="001D7A80" w:rsidRPr="00B5752F">
        <w:rPr>
          <w:rFonts w:ascii="Book Antiqua" w:eastAsia="Calibri" w:hAnsi="Book Antiqua"/>
          <w:lang w:val="ro-RO"/>
        </w:rPr>
        <w:t xml:space="preserve"> TAURU - Director, Direc</w:t>
      </w:r>
      <w:r w:rsidR="001D7A80" w:rsidRPr="00B5752F">
        <w:rPr>
          <w:rFonts w:ascii="Cambria" w:eastAsia="Calibri" w:hAnsi="Cambria" w:cs="Cambria"/>
          <w:lang w:val="ro-RO"/>
        </w:rPr>
        <w:t>ț</w:t>
      </w:r>
      <w:r w:rsidR="001D7A80" w:rsidRPr="00B5752F">
        <w:rPr>
          <w:rFonts w:ascii="Book Antiqua" w:eastAsia="Calibri" w:hAnsi="Book Antiqua"/>
          <w:lang w:val="ro-RO"/>
        </w:rPr>
        <w:t>ia Economic</w:t>
      </w:r>
      <w:r w:rsidR="001D7A80" w:rsidRPr="00B5752F">
        <w:rPr>
          <w:rFonts w:ascii="Book Antiqua" w:eastAsia="Calibri" w:hAnsi="Book Antiqua" w:cs="Book Antiqua"/>
          <w:lang w:val="ro-RO"/>
        </w:rPr>
        <w:t>ă</w:t>
      </w:r>
      <w:r w:rsidR="001D7A80" w:rsidRPr="00B5752F">
        <w:rPr>
          <w:rFonts w:ascii="Book Antiqua" w:eastAsia="Calibri" w:hAnsi="Book Antiqua"/>
          <w:lang w:val="ro-RO"/>
        </w:rPr>
        <w:t>;</w:t>
      </w:r>
    </w:p>
    <w:p w14:paraId="1E874114" w14:textId="2D37B21F" w:rsidR="0021484D" w:rsidRPr="00B5752F" w:rsidRDefault="00C6719C" w:rsidP="000A3C27">
      <w:pPr>
        <w:spacing w:after="80"/>
        <w:jc w:val="both"/>
        <w:rPr>
          <w:rFonts w:ascii="Book Antiqua" w:eastAsia="Calibri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7</w:t>
      </w:r>
      <w:r w:rsidR="001D7A80" w:rsidRPr="00B5752F">
        <w:rPr>
          <w:rFonts w:ascii="Book Antiqua" w:eastAsia="Calibri" w:hAnsi="Book Antiqua"/>
          <w:lang w:val="ro-RO"/>
        </w:rPr>
        <w:t xml:space="preserve">. </w:t>
      </w:r>
      <w:r w:rsidR="00837252">
        <w:rPr>
          <w:rFonts w:ascii="Book Antiqua" w:eastAsia="Calibri" w:hAnsi="Book Antiqua"/>
          <w:lang w:val="ro-RO"/>
        </w:rPr>
        <w:t>Sanda Mădălin Marian</w:t>
      </w:r>
      <w:r w:rsidR="001B1EDB" w:rsidRPr="00B5752F">
        <w:rPr>
          <w:rFonts w:ascii="Book Antiqua" w:eastAsia="Calibri" w:hAnsi="Book Antiqua"/>
          <w:lang w:val="ro-RO"/>
        </w:rPr>
        <w:t xml:space="preserve"> – </w:t>
      </w:r>
      <w:r w:rsidR="00837252">
        <w:rPr>
          <w:rFonts w:ascii="Cambria" w:eastAsia="Calibri" w:hAnsi="Cambria"/>
          <w:lang w:val="ro-RO"/>
        </w:rPr>
        <w:t>Șef Serviciu Fond Funciar</w:t>
      </w:r>
      <w:r w:rsidR="001B1EDB" w:rsidRPr="00B5752F">
        <w:rPr>
          <w:rFonts w:ascii="Book Antiqua" w:eastAsia="Calibri" w:hAnsi="Book Antiqua"/>
          <w:lang w:val="ro-RO"/>
        </w:rPr>
        <w:t>.</w:t>
      </w:r>
    </w:p>
    <w:p w14:paraId="45D853DD" w14:textId="16A19BE4" w:rsidR="001D7A80" w:rsidRPr="00B5752F" w:rsidRDefault="00C6719C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8</w:t>
      </w:r>
      <w:r w:rsidR="001D7A80" w:rsidRPr="00B5752F">
        <w:rPr>
          <w:rFonts w:ascii="Book Antiqua" w:eastAsia="Calibri" w:hAnsi="Book Antiqua"/>
          <w:lang w:val="ro-RO"/>
        </w:rPr>
        <w:t xml:space="preserve">. </w:t>
      </w:r>
      <w:proofErr w:type="spellStart"/>
      <w:r w:rsidR="001D7A80" w:rsidRPr="00B5752F">
        <w:rPr>
          <w:rFonts w:ascii="Book Antiqua" w:eastAsia="Calibri" w:hAnsi="Book Antiqua"/>
          <w:lang w:val="ro-RO"/>
        </w:rPr>
        <w:t>Cretu</w:t>
      </w:r>
      <w:proofErr w:type="spellEnd"/>
      <w:r w:rsidR="001D7A80" w:rsidRPr="00B5752F">
        <w:rPr>
          <w:rFonts w:ascii="Book Antiqua" w:eastAsia="Calibri" w:hAnsi="Book Antiqua"/>
          <w:lang w:val="ro-RO"/>
        </w:rPr>
        <w:t xml:space="preserve"> </w:t>
      </w:r>
      <w:proofErr w:type="spellStart"/>
      <w:r w:rsidR="001D7A80" w:rsidRPr="00B5752F">
        <w:rPr>
          <w:rFonts w:ascii="Book Antiqua" w:eastAsia="Calibri" w:hAnsi="Book Antiqua"/>
          <w:lang w:val="ro-RO"/>
        </w:rPr>
        <w:t>Ancuta</w:t>
      </w:r>
      <w:proofErr w:type="spellEnd"/>
      <w:r w:rsidR="001D7A80" w:rsidRPr="00B5752F">
        <w:rPr>
          <w:rFonts w:ascii="Book Antiqua" w:eastAsia="Calibri" w:hAnsi="Book Antiqua"/>
          <w:lang w:val="ro-RO"/>
        </w:rPr>
        <w:t xml:space="preserve"> – Consilier </w:t>
      </w:r>
      <w:proofErr w:type="spellStart"/>
      <w:r w:rsidR="001D7A80" w:rsidRPr="00B5752F">
        <w:rPr>
          <w:rFonts w:ascii="Book Antiqua" w:eastAsia="Calibri" w:hAnsi="Book Antiqua"/>
          <w:lang w:val="ro-RO"/>
        </w:rPr>
        <w:t>Achizitii</w:t>
      </w:r>
      <w:proofErr w:type="spellEnd"/>
      <w:r w:rsidR="001D7A80" w:rsidRPr="00B5752F">
        <w:rPr>
          <w:rFonts w:ascii="Book Antiqua" w:eastAsia="Calibri" w:hAnsi="Book Antiqua"/>
          <w:lang w:val="ro-RO"/>
        </w:rPr>
        <w:t xml:space="preserve"> Publice - Serviciu Achizi</w:t>
      </w:r>
      <w:r w:rsidR="001D7A80" w:rsidRPr="00B5752F">
        <w:rPr>
          <w:rFonts w:ascii="Cambria" w:eastAsia="Calibri" w:hAnsi="Cambria" w:cs="Cambria"/>
          <w:lang w:val="ro-RO"/>
        </w:rPr>
        <w:t>ț</w:t>
      </w:r>
      <w:r w:rsidR="001D7A80" w:rsidRPr="00B5752F">
        <w:rPr>
          <w:rFonts w:ascii="Book Antiqua" w:eastAsia="Calibri" w:hAnsi="Book Antiqua"/>
          <w:lang w:val="ro-RO"/>
        </w:rPr>
        <w:t>ii Publice, Fonduri Europene</w:t>
      </w:r>
    </w:p>
    <w:p w14:paraId="456D2F0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Mă oblig să notific imediat orice modificare care poate genera un conflict de interese.</w:t>
      </w:r>
    </w:p>
    <w:p w14:paraId="08B2757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4151201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Denumirea entită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ii: __________________________</w:t>
      </w:r>
    </w:p>
    <w:p w14:paraId="6049AFC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_________________________________</w:t>
      </w:r>
    </w:p>
    <w:p w14:paraId="05E87A4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42A880C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556099CC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5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Formular de ofertă</w:t>
      </w:r>
    </w:p>
    <w:p w14:paraId="75F9029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OFERTANT</w:t>
      </w:r>
    </w:p>
    <w:p w14:paraId="6CE5791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________________________________________</w:t>
      </w:r>
    </w:p>
    <w:p w14:paraId="3A63CC4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(denumirea/numele)</w:t>
      </w:r>
    </w:p>
    <w:p w14:paraId="219FFCE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Către: UAT ORA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 xml:space="preserve"> ROVINARI, str. Florilor nr. 2, Rovinari, jude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ul Gorj</w:t>
      </w:r>
    </w:p>
    <w:p w14:paraId="11B53C1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Domnilor,</w:t>
      </w:r>
    </w:p>
    <w:p w14:paraId="70CE73C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1. Examinând documentația de atribuire pentru contractul „Servicii de catering pentru elevii unităților de învățământ din orașul Rovinari, în cadrul Programului Național «Masă sănătoasă» (PNMS) – anul 2026”, ne oferim să prestăm serviciile de catering în conformitate cu cerințele și condițiile documentelor achiziției, pentru:</w:t>
      </w:r>
    </w:p>
    <w:p w14:paraId="3B3D6394" w14:textId="77777777" w:rsidR="0021484D" w:rsidRPr="00B5752F" w:rsidRDefault="001D7A80" w:rsidP="000A3C27">
      <w:pPr>
        <w:pStyle w:val="Listcumarcatori"/>
        <w:spacing w:after="80"/>
        <w:ind w:left="34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prețul unitar/porție de __________________ lei fără TVA;</w:t>
      </w:r>
    </w:p>
    <w:p w14:paraId="3D21F204" w14:textId="77777777" w:rsidR="0021484D" w:rsidRPr="00B5752F" w:rsidRDefault="001D7A80" w:rsidP="000A3C27">
      <w:pPr>
        <w:pStyle w:val="Listcumarcatori"/>
        <w:spacing w:after="80"/>
        <w:ind w:left="34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valoarea totală de __________________ lei fără TVA, pentru cantitatea maximă estimată de 12.342 porții;</w:t>
      </w:r>
    </w:p>
    <w:p w14:paraId="5A4E67B5" w14:textId="77777777" w:rsidR="0021484D" w:rsidRPr="00B5752F" w:rsidRDefault="001D7A80" w:rsidP="000A3C27">
      <w:pPr>
        <w:pStyle w:val="Listcumarcatori"/>
        <w:spacing w:after="80"/>
        <w:ind w:left="34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TVA: __________________ lei;</w:t>
      </w:r>
    </w:p>
    <w:p w14:paraId="0CED65F2" w14:textId="77777777" w:rsidR="0021484D" w:rsidRPr="00B5752F" w:rsidRDefault="001D7A80" w:rsidP="000A3C27">
      <w:pPr>
        <w:pStyle w:val="Listcumarcatori"/>
        <w:spacing w:after="80"/>
        <w:ind w:left="34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preț total cu TVA: __________________ lei.</w:t>
      </w:r>
    </w:p>
    <w:p w14:paraId="0A6CAA9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2. Ne angajăm să prestăm serviciile pe durata de 51 de zile lucrătoare, pentru cantitățile zilnice comunicate de achizitor, în condițiile și la termenele prevăzute în caietul de sarcini.</w:t>
      </w:r>
    </w:p>
    <w:p w14:paraId="05D8324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3. Ne angajăm să menținem ferm prețul unitar/porție ofertat pe întreaga durată a contractului și să includem în acesta toate costurile necesare prestării integrale a serviciilor, inclusiv materiile prime, prepararea hranei, ambalarea, transportul și distribuția.</w:t>
      </w:r>
    </w:p>
    <w:p w14:paraId="520C963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4. Menținem oferta valabilă 90 de zile de la data-limită de depunere a ofertelor, respectiv până la data de ______________.</w:t>
      </w:r>
    </w:p>
    <w:p w14:paraId="47EBBB6F" w14:textId="3E5B0E4A" w:rsidR="0021484D" w:rsidRPr="00F135D1" w:rsidRDefault="001D7A80" w:rsidP="000A3C27">
      <w:pPr>
        <w:spacing w:after="80"/>
        <w:jc w:val="both"/>
        <w:rPr>
          <w:rFonts w:ascii="Cambria" w:hAnsi="Cambria"/>
          <w:lang w:val="ro-RO"/>
        </w:rPr>
      </w:pPr>
      <w:r w:rsidRPr="00B5752F">
        <w:rPr>
          <w:rFonts w:ascii="Book Antiqua" w:eastAsia="Calibri" w:hAnsi="Book Antiqua"/>
          <w:lang w:val="ro-RO"/>
        </w:rPr>
        <w:t>5. Ne angajăm ca, dacă oferta este declarată câ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tig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toare, 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constituim garan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ia de bun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execu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ie de 10% din pre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ul contractului f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TVA</w:t>
      </w:r>
      <w:r w:rsidR="00F135D1">
        <w:rPr>
          <w:rFonts w:ascii="Book Antiqua" w:eastAsia="Calibri" w:hAnsi="Book Antiqua"/>
          <w:lang w:val="ro-RO"/>
        </w:rPr>
        <w:t xml:space="preserve">, </w:t>
      </w:r>
      <w:proofErr w:type="spellStart"/>
      <w:r w:rsidR="00F135D1">
        <w:rPr>
          <w:rFonts w:ascii="Book Antiqua" w:eastAsia="Calibri" w:hAnsi="Book Antiqua"/>
          <w:lang w:val="ro-RO"/>
        </w:rPr>
        <w:t>confom</w:t>
      </w:r>
      <w:proofErr w:type="spellEnd"/>
      <w:r w:rsidR="00F135D1">
        <w:rPr>
          <w:rFonts w:ascii="Book Antiqua" w:eastAsia="Calibri" w:hAnsi="Book Antiqua"/>
          <w:lang w:val="ro-RO"/>
        </w:rPr>
        <w:t xml:space="preserve"> documenta</w:t>
      </w:r>
      <w:r w:rsidR="00F135D1">
        <w:rPr>
          <w:rFonts w:ascii="Cambria" w:eastAsia="Calibri" w:hAnsi="Cambria"/>
          <w:lang w:val="ro-RO"/>
        </w:rPr>
        <w:t>ției de atribuire.</w:t>
      </w:r>
    </w:p>
    <w:p w14:paraId="39826A0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6. Declarăm că oferta noastră respectă integral documenta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ia de atribuire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eventualele observa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ii/propuneri contractuale au fost formulate numai prin solicit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ri de clarific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ri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nainte de termenul-limit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.</w:t>
      </w:r>
    </w:p>
    <w:p w14:paraId="5B2ADDD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7. Până la semnarea contractului, oferta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comunicarea rezultatului vor constitui un angajament obligatoriu pentru noi.</w:t>
      </w:r>
    </w:p>
    <w:p w14:paraId="168E7E7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______________</w:t>
      </w:r>
    </w:p>
    <w:p w14:paraId="7397706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 legal/împuternicit: ______________________________</w:t>
      </w:r>
    </w:p>
    <w:p w14:paraId="13BF137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Func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ia: ______________________________</w:t>
      </w:r>
    </w:p>
    <w:p w14:paraId="245A174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2F3C5D0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39C9CC01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6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Anexa la formularul de ofertă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556"/>
      </w:tblGrid>
      <w:tr w:rsidR="00DB322A" w:rsidRPr="00AF477E" w14:paraId="19C7E5F9" w14:textId="77777777">
        <w:trPr>
          <w:tblHeader/>
          <w:jc w:val="center"/>
        </w:trPr>
        <w:tc>
          <w:tcPr>
            <w:tcW w:w="4082" w:type="dxa"/>
            <w:shd w:val="clear" w:color="auto" w:fill="D9EAF7"/>
            <w:vAlign w:val="center"/>
          </w:tcPr>
          <w:p w14:paraId="0DA422E0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b/>
                <w:szCs w:val="20"/>
                <w:lang w:val="ro-RO"/>
              </w:rPr>
              <w:t>Element</w:t>
            </w:r>
          </w:p>
        </w:tc>
        <w:tc>
          <w:tcPr>
            <w:tcW w:w="5556" w:type="dxa"/>
            <w:shd w:val="clear" w:color="auto" w:fill="D9EAF7"/>
            <w:vAlign w:val="center"/>
          </w:tcPr>
          <w:p w14:paraId="6CDA9D0D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b/>
                <w:szCs w:val="20"/>
                <w:lang w:val="ro-RO"/>
              </w:rPr>
              <w:t>Angajamentul ofertantului</w:t>
            </w:r>
          </w:p>
        </w:tc>
      </w:tr>
      <w:tr w:rsidR="00DB322A" w:rsidRPr="00AF477E" w14:paraId="6A725799" w14:textId="77777777">
        <w:trPr>
          <w:jc w:val="center"/>
        </w:trPr>
        <w:tc>
          <w:tcPr>
            <w:tcW w:w="4082" w:type="dxa"/>
            <w:vAlign w:val="center"/>
          </w:tcPr>
          <w:p w14:paraId="24CE4AD0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Preț unitar/porție fără TVA</w:t>
            </w:r>
          </w:p>
        </w:tc>
        <w:tc>
          <w:tcPr>
            <w:tcW w:w="5556" w:type="dxa"/>
            <w:vAlign w:val="center"/>
          </w:tcPr>
          <w:p w14:paraId="1918E0BC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__________________ lei/porție</w:t>
            </w:r>
          </w:p>
        </w:tc>
      </w:tr>
      <w:tr w:rsidR="00DB322A" w:rsidRPr="00AF477E" w14:paraId="1D38CAF3" w14:textId="77777777">
        <w:trPr>
          <w:jc w:val="center"/>
        </w:trPr>
        <w:tc>
          <w:tcPr>
            <w:tcW w:w="4082" w:type="dxa"/>
            <w:vAlign w:val="center"/>
          </w:tcPr>
          <w:p w14:paraId="3F97777A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Valoarea totală fără TVA</w:t>
            </w:r>
          </w:p>
        </w:tc>
        <w:tc>
          <w:tcPr>
            <w:tcW w:w="5556" w:type="dxa"/>
            <w:vAlign w:val="center"/>
          </w:tcPr>
          <w:p w14:paraId="30CF5691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__________________ lei, pentru maximum 12.342 porții</w:t>
            </w:r>
          </w:p>
        </w:tc>
      </w:tr>
      <w:tr w:rsidR="00DB322A" w:rsidRPr="00AF477E" w14:paraId="3270D3B3" w14:textId="77777777">
        <w:trPr>
          <w:jc w:val="center"/>
        </w:trPr>
        <w:tc>
          <w:tcPr>
            <w:tcW w:w="4082" w:type="dxa"/>
            <w:vAlign w:val="center"/>
          </w:tcPr>
          <w:p w14:paraId="26CE90B0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Durata de prestare</w:t>
            </w:r>
          </w:p>
        </w:tc>
        <w:tc>
          <w:tcPr>
            <w:tcW w:w="5556" w:type="dxa"/>
            <w:vAlign w:val="center"/>
          </w:tcPr>
          <w:p w14:paraId="5D91838E" w14:textId="77777777" w:rsidR="009514E1" w:rsidRPr="00AF477E" w:rsidRDefault="001D7A80">
            <w:pPr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51 de zile lucrătoare</w:t>
            </w:r>
          </w:p>
        </w:tc>
      </w:tr>
      <w:tr w:rsidR="00DB322A" w:rsidRPr="00AF477E" w14:paraId="30CF078A" w14:textId="77777777">
        <w:trPr>
          <w:jc w:val="center"/>
        </w:trPr>
        <w:tc>
          <w:tcPr>
            <w:tcW w:w="4082" w:type="dxa"/>
            <w:vAlign w:val="center"/>
          </w:tcPr>
          <w:p w14:paraId="2D765032" w14:textId="77777777" w:rsidR="009514E1" w:rsidRPr="00AF477E" w:rsidRDefault="001D7A80">
            <w:pPr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Cantitatea maximă estimată</w:t>
            </w:r>
          </w:p>
        </w:tc>
        <w:tc>
          <w:tcPr>
            <w:tcW w:w="5556" w:type="dxa"/>
            <w:vAlign w:val="center"/>
          </w:tcPr>
          <w:p w14:paraId="2EEF63A9" w14:textId="77777777" w:rsidR="009514E1" w:rsidRPr="00AF477E" w:rsidRDefault="001D7A80">
            <w:pPr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12.342 porții; cantitatea zilnică se stabilește prin nota de comandă</w:t>
            </w:r>
          </w:p>
        </w:tc>
      </w:tr>
      <w:tr w:rsidR="00DB322A" w:rsidRPr="00AF477E" w14:paraId="5CCFD31C" w14:textId="77777777">
        <w:trPr>
          <w:jc w:val="center"/>
        </w:trPr>
        <w:tc>
          <w:tcPr>
            <w:tcW w:w="4082" w:type="dxa"/>
            <w:vAlign w:val="center"/>
          </w:tcPr>
          <w:p w14:paraId="1160F501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Garanția de bună execuție</w:t>
            </w:r>
          </w:p>
        </w:tc>
        <w:tc>
          <w:tcPr>
            <w:tcW w:w="5556" w:type="dxa"/>
            <w:vAlign w:val="center"/>
          </w:tcPr>
          <w:p w14:paraId="4FA3DFDC" w14:textId="2EBF9B60" w:rsidR="0021484D" w:rsidRPr="00AF477E" w:rsidRDefault="00033AC4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-</w:t>
            </w:r>
          </w:p>
        </w:tc>
      </w:tr>
      <w:tr w:rsidR="00DB322A" w:rsidRPr="00AF477E" w14:paraId="3C9ED6F3" w14:textId="77777777">
        <w:trPr>
          <w:jc w:val="center"/>
        </w:trPr>
        <w:tc>
          <w:tcPr>
            <w:tcW w:w="4082" w:type="dxa"/>
            <w:vAlign w:val="center"/>
          </w:tcPr>
          <w:p w14:paraId="2BE2D15C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Modalitatea preconizată de constituire a garanției</w:t>
            </w:r>
          </w:p>
        </w:tc>
        <w:tc>
          <w:tcPr>
            <w:tcW w:w="5556" w:type="dxa"/>
            <w:vAlign w:val="center"/>
          </w:tcPr>
          <w:p w14:paraId="37867763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__________________</w:t>
            </w:r>
          </w:p>
        </w:tc>
      </w:tr>
      <w:tr w:rsidR="00DB322A" w:rsidRPr="00AF477E" w14:paraId="7283BBE3" w14:textId="77777777">
        <w:trPr>
          <w:jc w:val="center"/>
        </w:trPr>
        <w:tc>
          <w:tcPr>
            <w:tcW w:w="4082" w:type="dxa"/>
            <w:vAlign w:val="center"/>
          </w:tcPr>
          <w:p w14:paraId="34A8F4C8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Procentul total subcontractat</w:t>
            </w:r>
          </w:p>
        </w:tc>
        <w:tc>
          <w:tcPr>
            <w:tcW w:w="5556" w:type="dxa"/>
            <w:vAlign w:val="center"/>
          </w:tcPr>
          <w:p w14:paraId="50C36197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______ %</w:t>
            </w:r>
          </w:p>
        </w:tc>
      </w:tr>
      <w:tr w:rsidR="00DB322A" w:rsidRPr="00AF477E" w14:paraId="72B02D2C" w14:textId="77777777" w:rsidTr="00AF477E">
        <w:trPr>
          <w:trHeight w:val="144"/>
          <w:jc w:val="center"/>
        </w:trPr>
        <w:tc>
          <w:tcPr>
            <w:tcW w:w="4082" w:type="dxa"/>
            <w:vAlign w:val="center"/>
          </w:tcPr>
          <w:p w14:paraId="42CBF218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Valoarea totală subcontractată</w:t>
            </w:r>
          </w:p>
        </w:tc>
        <w:tc>
          <w:tcPr>
            <w:tcW w:w="5556" w:type="dxa"/>
            <w:vAlign w:val="center"/>
          </w:tcPr>
          <w:p w14:paraId="25135BA9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__________________ lei fără TVA</w:t>
            </w:r>
          </w:p>
        </w:tc>
      </w:tr>
      <w:tr w:rsidR="00807DED" w:rsidRPr="00AF477E" w14:paraId="21392FF7" w14:textId="77777777">
        <w:trPr>
          <w:jc w:val="center"/>
        </w:trPr>
        <w:tc>
          <w:tcPr>
            <w:tcW w:w="4082" w:type="dxa"/>
            <w:vAlign w:val="center"/>
          </w:tcPr>
          <w:p w14:paraId="6BC1D576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Perioada de valabilitate a ofertei</w:t>
            </w:r>
          </w:p>
        </w:tc>
        <w:tc>
          <w:tcPr>
            <w:tcW w:w="5556" w:type="dxa"/>
            <w:vAlign w:val="center"/>
          </w:tcPr>
          <w:p w14:paraId="0627000A" w14:textId="77777777" w:rsidR="0021484D" w:rsidRPr="00AF477E" w:rsidRDefault="001D7A80" w:rsidP="000A3C27">
            <w:pPr>
              <w:spacing w:after="0" w:line="240" w:lineRule="auto"/>
              <w:rPr>
                <w:rFonts w:ascii="Book Antiqua" w:hAnsi="Book Antiqua"/>
                <w:szCs w:val="20"/>
                <w:lang w:val="ro-RO"/>
              </w:rPr>
            </w:pPr>
            <w:r w:rsidRPr="00AF477E">
              <w:rPr>
                <w:rFonts w:ascii="Book Antiqua" w:eastAsia="Calibri" w:hAnsi="Book Antiqua"/>
                <w:szCs w:val="20"/>
                <w:lang w:val="ro-RO"/>
              </w:rPr>
              <w:t>90 zile</w:t>
            </w:r>
          </w:p>
        </w:tc>
      </w:tr>
    </w:tbl>
    <w:p w14:paraId="29F1D047" w14:textId="77777777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3CCFFA7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Ofertant: ______________________________</w:t>
      </w:r>
    </w:p>
    <w:p w14:paraId="11C7F2A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</w:t>
      </w:r>
    </w:p>
    <w:p w14:paraId="3EB3F70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1919DBD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10143F7F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>
        <w:rPr>
          <w:rFonts w:ascii="Book Antiqua" w:eastAsia="Calibri" w:hAnsi="Book Antiqua"/>
          <w:color w:val="auto"/>
          <w:sz w:val="30"/>
          <w:lang w:val="ro-RO"/>
        </w:rPr>
        <w:lastRenderedPageBreak/>
        <w:t>Formularul nr. 7 - Lista serviciilor similare</w:t>
      </w:r>
    </w:p>
    <w:p w14:paraId="73D4A3E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Subsemnatul(a) ____________________________, reprezentant al ____________________________, declar că informa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iile de mai jos sunt reale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pot fi verificate la beneficiarii indica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i.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1644"/>
        <w:gridCol w:w="1701"/>
        <w:gridCol w:w="1475"/>
        <w:gridCol w:w="1075"/>
        <w:gridCol w:w="1587"/>
        <w:gridCol w:w="1732"/>
      </w:tblGrid>
      <w:tr w:rsidR="00DB322A" w:rsidRPr="00B5752F" w14:paraId="1104846E" w14:textId="77777777" w:rsidTr="000A3C27">
        <w:trPr>
          <w:tblHeader/>
          <w:jc w:val="center"/>
        </w:trPr>
        <w:tc>
          <w:tcPr>
            <w:tcW w:w="566" w:type="dxa"/>
            <w:shd w:val="clear" w:color="auto" w:fill="D9EAF7"/>
            <w:vAlign w:val="center"/>
          </w:tcPr>
          <w:p w14:paraId="3FA1D586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Nr.</w:t>
            </w:r>
          </w:p>
        </w:tc>
        <w:tc>
          <w:tcPr>
            <w:tcW w:w="1644" w:type="dxa"/>
            <w:shd w:val="clear" w:color="auto" w:fill="D9EAF7"/>
            <w:vAlign w:val="center"/>
          </w:tcPr>
          <w:p w14:paraId="3E895D75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Obiectul și numărul contractului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36D31AEF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Beneficiar și date de contact</w:t>
            </w:r>
          </w:p>
        </w:tc>
        <w:tc>
          <w:tcPr>
            <w:tcW w:w="1475" w:type="dxa"/>
            <w:shd w:val="clear" w:color="auto" w:fill="D9EAF7"/>
            <w:vAlign w:val="center"/>
          </w:tcPr>
          <w:p w14:paraId="5BBD1CF6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Calitatea participantului</w:t>
            </w:r>
          </w:p>
        </w:tc>
        <w:tc>
          <w:tcPr>
            <w:tcW w:w="1075" w:type="dxa"/>
            <w:shd w:val="clear" w:color="auto" w:fill="D9EAF7"/>
            <w:vAlign w:val="center"/>
          </w:tcPr>
          <w:p w14:paraId="010CF6EB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Perioada</w:t>
            </w:r>
          </w:p>
        </w:tc>
        <w:tc>
          <w:tcPr>
            <w:tcW w:w="1587" w:type="dxa"/>
            <w:shd w:val="clear" w:color="auto" w:fill="D9EAF7"/>
            <w:vAlign w:val="center"/>
          </w:tcPr>
          <w:p w14:paraId="696937E9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Valoarea fără TVA prestată de entitate</w:t>
            </w:r>
          </w:p>
        </w:tc>
        <w:tc>
          <w:tcPr>
            <w:tcW w:w="1732" w:type="dxa"/>
            <w:shd w:val="clear" w:color="auto" w:fill="D9EAF7"/>
            <w:vAlign w:val="center"/>
          </w:tcPr>
          <w:p w14:paraId="0492DBBD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>
              <w:rPr>
                <w:rFonts w:ascii="Book Antiqua" w:eastAsia="Calibri" w:hAnsi="Book Antiqua"/>
                <w:b/>
                <w:sz w:val="17"/>
                <w:lang w:val="ro-RO"/>
              </w:rPr>
              <w:t>Document de bună prestare/recepție</w:t>
            </w:r>
          </w:p>
        </w:tc>
      </w:tr>
      <w:tr w:rsidR="00DB322A" w:rsidRPr="00B5752F" w14:paraId="77BA97E7" w14:textId="77777777" w:rsidTr="000A3C27">
        <w:trPr>
          <w:jc w:val="center"/>
        </w:trPr>
        <w:tc>
          <w:tcPr>
            <w:tcW w:w="566" w:type="dxa"/>
            <w:vAlign w:val="center"/>
          </w:tcPr>
          <w:p w14:paraId="75592E39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1</w:t>
            </w:r>
          </w:p>
        </w:tc>
        <w:tc>
          <w:tcPr>
            <w:tcW w:w="1644" w:type="dxa"/>
            <w:vAlign w:val="center"/>
          </w:tcPr>
          <w:p w14:paraId="794F3EBC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7026A037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475" w:type="dxa"/>
            <w:vAlign w:val="center"/>
          </w:tcPr>
          <w:p w14:paraId="14DD49CE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075" w:type="dxa"/>
            <w:vAlign w:val="center"/>
          </w:tcPr>
          <w:p w14:paraId="08652600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587" w:type="dxa"/>
            <w:vAlign w:val="center"/>
          </w:tcPr>
          <w:p w14:paraId="2B6F9063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32" w:type="dxa"/>
            <w:vAlign w:val="center"/>
          </w:tcPr>
          <w:p w14:paraId="7202FD41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</w:tr>
      <w:tr w:rsidR="00DB322A" w:rsidRPr="00B5752F" w14:paraId="1CF9B2F0" w14:textId="77777777" w:rsidTr="000A3C27">
        <w:trPr>
          <w:jc w:val="center"/>
        </w:trPr>
        <w:tc>
          <w:tcPr>
            <w:tcW w:w="566" w:type="dxa"/>
            <w:vAlign w:val="center"/>
          </w:tcPr>
          <w:p w14:paraId="4C626B55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2</w:t>
            </w:r>
          </w:p>
        </w:tc>
        <w:tc>
          <w:tcPr>
            <w:tcW w:w="1644" w:type="dxa"/>
            <w:vAlign w:val="center"/>
          </w:tcPr>
          <w:p w14:paraId="76BC83CD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39194D34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475" w:type="dxa"/>
            <w:vAlign w:val="center"/>
          </w:tcPr>
          <w:p w14:paraId="1AB395F1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075" w:type="dxa"/>
            <w:vAlign w:val="center"/>
          </w:tcPr>
          <w:p w14:paraId="768BEE0D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587" w:type="dxa"/>
            <w:vAlign w:val="center"/>
          </w:tcPr>
          <w:p w14:paraId="71386F11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32" w:type="dxa"/>
            <w:vAlign w:val="center"/>
          </w:tcPr>
          <w:p w14:paraId="1D09D33E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</w:tr>
      <w:tr w:rsidR="00807DED" w:rsidRPr="00B5752F" w14:paraId="5AC27FF8" w14:textId="77777777" w:rsidTr="000A3C27">
        <w:trPr>
          <w:jc w:val="center"/>
        </w:trPr>
        <w:tc>
          <w:tcPr>
            <w:tcW w:w="566" w:type="dxa"/>
            <w:vAlign w:val="center"/>
          </w:tcPr>
          <w:p w14:paraId="32526A9E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3</w:t>
            </w:r>
          </w:p>
        </w:tc>
        <w:tc>
          <w:tcPr>
            <w:tcW w:w="1644" w:type="dxa"/>
            <w:vAlign w:val="center"/>
          </w:tcPr>
          <w:p w14:paraId="1ED1098A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5467BA50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475" w:type="dxa"/>
            <w:vAlign w:val="center"/>
          </w:tcPr>
          <w:p w14:paraId="2A637E55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075" w:type="dxa"/>
            <w:vAlign w:val="center"/>
          </w:tcPr>
          <w:p w14:paraId="45F2529A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587" w:type="dxa"/>
            <w:vAlign w:val="center"/>
          </w:tcPr>
          <w:p w14:paraId="7C57C1F9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32" w:type="dxa"/>
            <w:vAlign w:val="center"/>
          </w:tcPr>
          <w:p w14:paraId="4DB95A1A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</w:tr>
    </w:tbl>
    <w:p w14:paraId="72B435D7" w14:textId="77777777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068276C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Valoarea cumulată invocată pentru îndeplinirea cerinței: __________________ lei fără TVA. Cerința minimă este de 180.000 lei fără TVA, realizată la nivelul unuia sau mai multor contracte în perioada de referință.</w:t>
      </w:r>
    </w:p>
    <w:p w14:paraId="5612E1D8" w14:textId="77777777" w:rsidR="009514E1" w:rsidRPr="00B5752F" w:rsidRDefault="001D7A80">
      <w:pPr>
        <w:spacing w:after="80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Pentru fiecare contract se vor identifica serviciile prestate. Prin servicii similare se înțeleg servicii de catering și/sau servicii de preparare și furnizare/livrare de hrană, masă caldă ori alte servicii comparabile de alimentație colectivă.</w:t>
      </w:r>
    </w:p>
    <w:p w14:paraId="2D6EEE7E" w14:textId="77777777" w:rsidR="009514E1" w:rsidRPr="00B5752F" w:rsidRDefault="001D7A80">
      <w:pPr>
        <w:spacing w:after="80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Prin servicii „duse la bun sfârșit” se înțeleg servicii recepționate/acceptate de beneficiar în cadrul perioadei de referință.</w:t>
      </w:r>
    </w:p>
    <w:p w14:paraId="13C0152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Anexăm documentele justificative solicitate: certificate/documente de bună prestare, recomandări, procese-verbale de recepție, documente constatatoare sau documente echivalente. Dacă este necesar, tabelul se poate completa cu rânduri suplimentare.</w:t>
      </w:r>
    </w:p>
    <w:p w14:paraId="4AF7D6D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20FA3BB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Operator economic: __________________________</w:t>
      </w:r>
    </w:p>
    <w:p w14:paraId="3AD0CE9E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</w:t>
      </w:r>
    </w:p>
    <w:p w14:paraId="77934AA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68A3DEE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71AB3608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8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Acord de asociere</w:t>
      </w:r>
    </w:p>
    <w:p w14:paraId="5044C33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În vederea participării la procedura pentru atribuirea contractului „Servicii de catering pentru elevii unităților de învățământ din orașul Rovinari, în cadrul Programului Național «Masă sănătoasă» (PNMS) – anul 2026”, părțile:</w:t>
      </w:r>
    </w:p>
    <w:p w14:paraId="790328E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1. ______________________________, cu sediul în ____________________, reprezentată prin ____________________;</w:t>
      </w:r>
    </w:p>
    <w:p w14:paraId="0945A1D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2. ______________________________, cu sediul în ____________________, reprezentată prin ____________________;</w:t>
      </w:r>
    </w:p>
    <w:p w14:paraId="4F5E0F9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convin următoarele:</w:t>
      </w:r>
    </w:p>
    <w:p w14:paraId="6688077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1. Liderul asocierii este ______________________________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 xml:space="preserve">i este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mputernicit 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depun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oferta, 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primeasc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solicit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ri/comunic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ri, 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formuleze 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spunsuri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 xml:space="preserve">i,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cazul atribuirii, 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semneze contractul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 xml:space="preserve">n numele asocierii,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limitele mandatului anexat.</w:t>
      </w:r>
    </w:p>
    <w:p w14:paraId="0B9244C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2. Membrii răspund solidar fa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de achizitor pentru executarea integral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a contractului.</w:t>
      </w:r>
    </w:p>
    <w:p w14:paraId="05647DA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3. Repartizarea activită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ilor: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288"/>
        <w:gridCol w:w="1701"/>
        <w:gridCol w:w="2268"/>
      </w:tblGrid>
      <w:tr w:rsidR="00DB322A" w:rsidRPr="00B5752F" w14:paraId="34E7AE18" w14:textId="77777777">
        <w:trPr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7B3430F9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Membru</w:t>
            </w:r>
          </w:p>
        </w:tc>
        <w:tc>
          <w:tcPr>
            <w:tcW w:w="3288" w:type="dxa"/>
            <w:shd w:val="clear" w:color="auto" w:fill="D9EAF7"/>
            <w:vAlign w:val="center"/>
          </w:tcPr>
          <w:p w14:paraId="1C47B619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Activită</w:t>
            </w:r>
            <w:r w:rsidRPr="00B5752F">
              <w:rPr>
                <w:rFonts w:ascii="Cambria" w:eastAsia="Calibri" w:hAnsi="Cambria" w:cs="Cambria"/>
                <w:b/>
                <w:sz w:val="17"/>
                <w:lang w:val="ro-RO"/>
              </w:rPr>
              <w:t>ț</w:t>
            </w: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i asumate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06219774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Procent din contract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51BC03B9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Valoare estimată fără TVA</w:t>
            </w:r>
          </w:p>
        </w:tc>
      </w:tr>
      <w:tr w:rsidR="00DB322A" w:rsidRPr="00B5752F" w14:paraId="5E6F4F0F" w14:textId="77777777">
        <w:trPr>
          <w:jc w:val="center"/>
        </w:trPr>
        <w:tc>
          <w:tcPr>
            <w:tcW w:w="2381" w:type="dxa"/>
            <w:vAlign w:val="center"/>
          </w:tcPr>
          <w:p w14:paraId="370E990C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Lider</w:t>
            </w:r>
          </w:p>
        </w:tc>
        <w:tc>
          <w:tcPr>
            <w:tcW w:w="3288" w:type="dxa"/>
            <w:vAlign w:val="center"/>
          </w:tcPr>
          <w:p w14:paraId="46124264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4589D8C9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2268" w:type="dxa"/>
            <w:vAlign w:val="center"/>
          </w:tcPr>
          <w:p w14:paraId="544E646B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</w:tr>
      <w:tr w:rsidR="00807DED" w:rsidRPr="00B5752F" w14:paraId="2295E7BF" w14:textId="77777777">
        <w:trPr>
          <w:jc w:val="center"/>
        </w:trPr>
        <w:tc>
          <w:tcPr>
            <w:tcW w:w="2381" w:type="dxa"/>
            <w:vAlign w:val="center"/>
          </w:tcPr>
          <w:p w14:paraId="6F38EBC1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Asociat</w:t>
            </w:r>
          </w:p>
        </w:tc>
        <w:tc>
          <w:tcPr>
            <w:tcW w:w="3288" w:type="dxa"/>
            <w:vAlign w:val="center"/>
          </w:tcPr>
          <w:p w14:paraId="75B94E3C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60FB4F34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  <w:tc>
          <w:tcPr>
            <w:tcW w:w="2268" w:type="dxa"/>
            <w:vAlign w:val="center"/>
          </w:tcPr>
          <w:p w14:paraId="241A5E07" w14:textId="77777777" w:rsidR="0021484D" w:rsidRPr="00B5752F" w:rsidRDefault="0021484D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</w:p>
        </w:tc>
      </w:tr>
    </w:tbl>
    <w:p w14:paraId="6BE83C83" w14:textId="77777777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47665B4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4. Contribu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ia membrilor la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ndeplinirea criteriilor de calificare este:</w:t>
      </w:r>
    </w:p>
    <w:p w14:paraId="3CC8D65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______________________________________________________________________</w:t>
      </w:r>
    </w:p>
    <w:p w14:paraId="7FD47543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5. Asocierea se menține pe întreaga durată a procedurii și, dacă oferta este câștigătoare, pe întreaga durată a contractului, până la îndeplinirea integrală a obligațiilor asumate.</w:t>
      </w:r>
    </w:p>
    <w:p w14:paraId="14A3967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6. Modificarea componen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ei asocierii se poate realiza numai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condi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iile legii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cu acordul achizitorului.</w:t>
      </w:r>
    </w:p>
    <w:p w14:paraId="62D0D25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556"/>
      </w:tblGrid>
      <w:tr w:rsidR="00DB322A" w:rsidRPr="00B5752F" w14:paraId="50E54C41" w14:textId="77777777">
        <w:trPr>
          <w:tblHeader/>
          <w:jc w:val="center"/>
        </w:trPr>
        <w:tc>
          <w:tcPr>
            <w:tcW w:w="4082" w:type="dxa"/>
            <w:shd w:val="clear" w:color="auto" w:fill="D9EAF7"/>
            <w:vAlign w:val="center"/>
          </w:tcPr>
          <w:p w14:paraId="0022FFEC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Lider</w:t>
            </w:r>
          </w:p>
        </w:tc>
        <w:tc>
          <w:tcPr>
            <w:tcW w:w="5556" w:type="dxa"/>
            <w:shd w:val="clear" w:color="auto" w:fill="D9EAF7"/>
            <w:vAlign w:val="center"/>
          </w:tcPr>
          <w:p w14:paraId="59C0B4CF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Asociat</w:t>
            </w:r>
          </w:p>
        </w:tc>
      </w:tr>
      <w:tr w:rsidR="00807DED" w:rsidRPr="00B5752F" w14:paraId="0ABF4EBF" w14:textId="77777777">
        <w:trPr>
          <w:jc w:val="center"/>
        </w:trPr>
        <w:tc>
          <w:tcPr>
            <w:tcW w:w="4082" w:type="dxa"/>
            <w:vAlign w:val="center"/>
          </w:tcPr>
          <w:p w14:paraId="07AB46CA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Denumire, reprezentant, semnătură</w:t>
            </w:r>
          </w:p>
        </w:tc>
        <w:tc>
          <w:tcPr>
            <w:tcW w:w="5556" w:type="dxa"/>
            <w:vAlign w:val="center"/>
          </w:tcPr>
          <w:p w14:paraId="50C75972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Denumire, reprezentant, semnătură</w:t>
            </w:r>
          </w:p>
        </w:tc>
      </w:tr>
    </w:tbl>
    <w:p w14:paraId="683CB12D" w14:textId="77777777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7B66099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148B3543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9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Acord de subcontractare</w:t>
      </w:r>
    </w:p>
    <w:p w14:paraId="3B86F66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Încheiat între:</w:t>
      </w:r>
    </w:p>
    <w:p w14:paraId="43A8781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Contractant/ofertant: ______________________________</w:t>
      </w:r>
    </w:p>
    <w:p w14:paraId="3113983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</w:t>
      </w:r>
    </w:p>
    <w:p w14:paraId="57C366F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Subcontractant: ______________________________</w:t>
      </w:r>
    </w:p>
    <w:p w14:paraId="7E5234F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1. Subcontractantul va executa următoarele activită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i/p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 din contract:</w:t>
      </w:r>
    </w:p>
    <w:p w14:paraId="32C812F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______________________________________________________________________</w:t>
      </w:r>
    </w:p>
    <w:p w14:paraId="408CA98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2. Valoarea estimată: __________________ lei fără TVA, reprezentând ______% din valoarea ofertei.</w:t>
      </w:r>
    </w:p>
    <w:p w14:paraId="6F4FABE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3. Subcontractantul se obligă să respecte documentația de atribuire, propunerea tehnică, contractul principal și toate cerințele sanitar-veterinare, de siguranță a alimentelor, igienă, trasabilitate, transport, distribuție și protecție a mediului aplicabile părții sale.</w:t>
      </w:r>
    </w:p>
    <w:p w14:paraId="5E82A84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4. Ofertantul rămâne pe deplin răspunzător fa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de achizitor pentru executarea contractului.</w:t>
      </w:r>
    </w:p>
    <w:p w14:paraId="557F03F6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5. Subcontractantul: </w:t>
      </w:r>
      <w:r w:rsidRPr="00B5752F">
        <w:rPr>
          <w:rFonts w:ascii="Segoe UI Symbol" w:eastAsia="Calibri" w:hAnsi="Segoe UI Symbol" w:cs="Segoe UI Symbol"/>
          <w:lang w:val="ro-RO"/>
        </w:rPr>
        <w:t>☐</w:t>
      </w:r>
      <w:r w:rsidRPr="00B5752F">
        <w:rPr>
          <w:rFonts w:ascii="Book Antiqua" w:eastAsia="Calibri" w:hAnsi="Book Antiqua"/>
          <w:lang w:val="ro-RO"/>
        </w:rPr>
        <w:t xml:space="preserve"> solicit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/ </w:t>
      </w:r>
      <w:r w:rsidRPr="00B5752F">
        <w:rPr>
          <w:rFonts w:ascii="Segoe UI Symbol" w:eastAsia="Calibri" w:hAnsi="Segoe UI Symbol" w:cs="Segoe UI Symbol"/>
          <w:lang w:val="ro-RO"/>
        </w:rPr>
        <w:t>☐</w:t>
      </w:r>
      <w:r w:rsidRPr="00B5752F">
        <w:rPr>
          <w:rFonts w:ascii="Book Antiqua" w:eastAsia="Calibri" w:hAnsi="Book Antiqua"/>
          <w:lang w:val="ro-RO"/>
        </w:rPr>
        <w:t xml:space="preserve"> nu solicit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plata direct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,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condi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iile Legii nr. 98/2016.</w:t>
      </w:r>
    </w:p>
    <w:p w14:paraId="04C7CF7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6. Acordul devine efectiv dacă oferta este declarată câ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tig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toare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contractul de achizi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ie public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este semnat.</w:t>
      </w:r>
    </w:p>
    <w:p w14:paraId="006F76B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556"/>
      </w:tblGrid>
      <w:tr w:rsidR="00DB322A" w:rsidRPr="00B5752F" w14:paraId="353953B5" w14:textId="77777777">
        <w:trPr>
          <w:tblHeader/>
          <w:jc w:val="center"/>
        </w:trPr>
        <w:tc>
          <w:tcPr>
            <w:tcW w:w="4082" w:type="dxa"/>
            <w:shd w:val="clear" w:color="auto" w:fill="D9EAF7"/>
            <w:vAlign w:val="center"/>
          </w:tcPr>
          <w:p w14:paraId="4F2A9DA1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Ofertant/contractant</w:t>
            </w:r>
          </w:p>
        </w:tc>
        <w:tc>
          <w:tcPr>
            <w:tcW w:w="5556" w:type="dxa"/>
            <w:shd w:val="clear" w:color="auto" w:fill="D9EAF7"/>
            <w:vAlign w:val="center"/>
          </w:tcPr>
          <w:p w14:paraId="30EDFE16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b/>
                <w:sz w:val="17"/>
                <w:lang w:val="ro-RO"/>
              </w:rPr>
              <w:t>Subcontractant</w:t>
            </w:r>
          </w:p>
        </w:tc>
      </w:tr>
      <w:tr w:rsidR="00807DED" w:rsidRPr="00B5752F" w14:paraId="731CDD8B" w14:textId="77777777">
        <w:trPr>
          <w:jc w:val="center"/>
        </w:trPr>
        <w:tc>
          <w:tcPr>
            <w:tcW w:w="4082" w:type="dxa"/>
            <w:vAlign w:val="center"/>
          </w:tcPr>
          <w:p w14:paraId="734D05B1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Denumire, reprezentant, semnătură</w:t>
            </w:r>
          </w:p>
        </w:tc>
        <w:tc>
          <w:tcPr>
            <w:tcW w:w="5556" w:type="dxa"/>
            <w:vAlign w:val="center"/>
          </w:tcPr>
          <w:p w14:paraId="6CE04751" w14:textId="77777777" w:rsidR="0021484D" w:rsidRPr="00B5752F" w:rsidRDefault="001D7A80" w:rsidP="000A3C27">
            <w:pPr>
              <w:spacing w:after="0" w:line="240" w:lineRule="auto"/>
              <w:rPr>
                <w:rFonts w:ascii="Book Antiqua" w:hAnsi="Book Antiqua"/>
                <w:lang w:val="ro-RO"/>
              </w:rPr>
            </w:pPr>
            <w:r w:rsidRPr="00B5752F">
              <w:rPr>
                <w:rFonts w:ascii="Book Antiqua" w:eastAsia="Calibri" w:hAnsi="Book Antiqua"/>
                <w:sz w:val="17"/>
                <w:lang w:val="ro-RO"/>
              </w:rPr>
              <w:t>Denumire, reprezentant, semnătură</w:t>
            </w:r>
          </w:p>
        </w:tc>
      </w:tr>
    </w:tbl>
    <w:p w14:paraId="356C05B9" w14:textId="77777777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0C24572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69308846" w14:textId="77777777" w:rsidR="0021484D" w:rsidRPr="00B5752F" w:rsidRDefault="001D7A80" w:rsidP="000A3C2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 w:rsidRPr="00B5752F">
        <w:rPr>
          <w:rFonts w:ascii="Book Antiqua" w:eastAsia="Calibri" w:hAnsi="Book Antiqua"/>
          <w:color w:val="auto"/>
          <w:sz w:val="30"/>
          <w:lang w:val="ro-RO"/>
        </w:rPr>
        <w:lastRenderedPageBreak/>
        <w:t xml:space="preserve">Formularul nr. </w:t>
      </w:r>
      <w:r w:rsidR="004622E8" w:rsidRPr="00B5752F">
        <w:rPr>
          <w:rFonts w:ascii="Book Antiqua" w:eastAsia="Calibri" w:hAnsi="Book Antiqua"/>
          <w:color w:val="auto"/>
          <w:sz w:val="30"/>
          <w:lang w:val="ro-RO"/>
        </w:rPr>
        <w:t>10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 xml:space="preserve"> - Angajament ferm al ter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ului sus</w:t>
      </w:r>
      <w:r w:rsidRPr="00B5752F">
        <w:rPr>
          <w:rFonts w:ascii="Cambria" w:eastAsia="Calibri" w:hAnsi="Cambria" w:cs="Cambria"/>
          <w:color w:val="auto"/>
          <w:sz w:val="30"/>
          <w:lang w:val="ro-RO"/>
        </w:rPr>
        <w:t>ț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in</w:t>
      </w:r>
      <w:r w:rsidRPr="00B5752F">
        <w:rPr>
          <w:rFonts w:ascii="Book Antiqua" w:eastAsia="Calibri" w:hAnsi="Book Antiqua" w:cs="Book Antiqua"/>
          <w:color w:val="auto"/>
          <w:sz w:val="30"/>
          <w:lang w:val="ro-RO"/>
        </w:rPr>
        <w:t>ă</w:t>
      </w:r>
      <w:r w:rsidRPr="00B5752F">
        <w:rPr>
          <w:rFonts w:ascii="Book Antiqua" w:eastAsia="Calibri" w:hAnsi="Book Antiqua"/>
          <w:color w:val="auto"/>
          <w:sz w:val="30"/>
          <w:lang w:val="ro-RO"/>
        </w:rPr>
        <w:t>tor</w:t>
      </w:r>
    </w:p>
    <w:p w14:paraId="05E8D11B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TER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 SUS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IN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TOR: ______________________________</w:t>
      </w:r>
    </w:p>
    <w:p w14:paraId="4FAAACF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Către UAT Ora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 xml:space="preserve"> Rovinari,</w:t>
      </w:r>
    </w:p>
    <w:p w14:paraId="61BA1D0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Cu privire la procedura pentru atribuirea contractului „Servicii de catering pentru elevii unităților de învățământ din orașul Rovinari, în cadrul Programului Național «Masă sănătoasă» (PNMS) – anul 2026”, ne angajăm ferm, necondiționat și irevocabil să punem efectiv la dispoziția ofertantului ______________________________ resursele invocate pentru îndeplinirea cerinței/cerințelor bifate mai jos:</w:t>
      </w:r>
    </w:p>
    <w:p w14:paraId="3BF87035" w14:textId="77777777" w:rsidR="009514E1" w:rsidRPr="00B5752F" w:rsidRDefault="001D7A80">
      <w:pPr>
        <w:spacing w:after="80"/>
        <w:rPr>
          <w:rFonts w:ascii="Book Antiqua" w:hAnsi="Book Antiqua"/>
          <w:lang w:val="ro-RO"/>
        </w:rPr>
      </w:pPr>
      <w:r w:rsidRPr="00B5752F">
        <w:rPr>
          <w:rFonts w:ascii="Segoe UI Symbol" w:eastAsia="Calibri" w:hAnsi="Segoe UI Symbol" w:cs="Segoe UI Symbol"/>
          <w:lang w:val="ro-RO"/>
        </w:rPr>
        <w:t>☐</w:t>
      </w:r>
      <w:r w:rsidRPr="00B5752F">
        <w:rPr>
          <w:rFonts w:ascii="Book Antiqua" w:eastAsia="Calibri" w:hAnsi="Book Antiqua"/>
          <w:lang w:val="ro-RO"/>
        </w:rPr>
        <w:t xml:space="preserve"> capacitatea tehnică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profesional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</w:t>
      </w:r>
      <w:r w:rsidRPr="00B5752F">
        <w:rPr>
          <w:rFonts w:ascii="Book Antiqua" w:eastAsia="Calibri" w:hAnsi="Book Antiqua" w:cs="Book Antiqua"/>
          <w:lang w:val="ro-RO"/>
        </w:rPr>
        <w:t>–</w:t>
      </w:r>
      <w:r w:rsidRPr="00B5752F">
        <w:rPr>
          <w:rFonts w:ascii="Book Antiqua" w:eastAsia="Calibri" w:hAnsi="Book Antiqua"/>
          <w:lang w:val="ro-RO"/>
        </w:rPr>
        <w:t xml:space="preserve"> experien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similar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;</w:t>
      </w:r>
    </w:p>
    <w:p w14:paraId="44F572DA" w14:textId="77777777" w:rsidR="009514E1" w:rsidRPr="00B5752F" w:rsidRDefault="001D7A80">
      <w:pPr>
        <w:spacing w:after="80"/>
        <w:rPr>
          <w:rFonts w:ascii="Book Antiqua" w:hAnsi="Book Antiqua"/>
          <w:lang w:val="ro-RO"/>
        </w:rPr>
      </w:pPr>
      <w:r w:rsidRPr="00B5752F">
        <w:rPr>
          <w:rFonts w:ascii="Segoe UI Symbol" w:eastAsia="Calibri" w:hAnsi="Segoe UI Symbol" w:cs="Segoe UI Symbol"/>
          <w:lang w:val="ro-RO"/>
        </w:rPr>
        <w:t>☐</w:t>
      </w:r>
      <w:r w:rsidRPr="00B5752F">
        <w:rPr>
          <w:rFonts w:ascii="Book Antiqua" w:eastAsia="Calibri" w:hAnsi="Book Antiqua"/>
          <w:lang w:val="ro-RO"/>
        </w:rPr>
        <w:t xml:space="preserve"> alte resurse permise de documenta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ia de atribuire: ______________________________.</w:t>
      </w:r>
    </w:p>
    <w:p w14:paraId="1743E79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 xml:space="preserve">Resursele, cuantumul/valoarea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modalitatea efectiv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de punere la dispozi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ie:</w:t>
      </w:r>
    </w:p>
    <w:p w14:paraId="23196AB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______________________________________________________________________</w:t>
      </w:r>
    </w:p>
    <w:p w14:paraId="2120ECC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Persoanele, echipamentele, know-how-</w:t>
      </w:r>
      <w:proofErr w:type="spellStart"/>
      <w:r w:rsidRPr="00B5752F">
        <w:rPr>
          <w:rFonts w:ascii="Book Antiqua" w:eastAsia="Calibri" w:hAnsi="Book Antiqua"/>
          <w:lang w:val="ro-RO"/>
        </w:rPr>
        <w:t>ul</w:t>
      </w:r>
      <w:proofErr w:type="spellEnd"/>
      <w:r w:rsidRPr="00B5752F">
        <w:rPr>
          <w:rFonts w:ascii="Book Antiqua" w:eastAsia="Calibri" w:hAnsi="Book Antiqua"/>
          <w:lang w:val="ro-RO"/>
        </w:rPr>
        <w:t>, resursele financiare ori celelalte resurse puse la dispozi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ie:</w:t>
      </w:r>
    </w:p>
    <w:p w14:paraId="0727EAB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______________________________________________________________________</w:t>
      </w:r>
    </w:p>
    <w:p w14:paraId="2163CA8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În măsura în care sus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inerea prive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te experien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a relevant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, vom executa efectiv partea din contract pentru care capacitatea noastr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este necesar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,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condi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iile legii.</w:t>
      </w:r>
    </w:p>
    <w:p w14:paraId="0C5CFC9A" w14:textId="77777777" w:rsidR="009514E1" w:rsidRPr="00B5752F" w:rsidRDefault="001D7A80">
      <w:pPr>
        <w:spacing w:after="80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Acceptăm că angajamentul aferent resurselor invocate devine obliga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ie contractual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 xml:space="preserve">n limitele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 xml:space="preserve">i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 condi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iile documenta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iei de atribuire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c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</w:t>
      </w:r>
      <w:r w:rsidRPr="00B5752F">
        <w:rPr>
          <w:rFonts w:ascii="Book Antiqua" w:eastAsia="Calibri" w:hAnsi="Book Antiqua" w:cs="Book Antiqua"/>
          <w:lang w:val="ro-RO"/>
        </w:rPr>
        <w:t>î</w:t>
      </w:r>
      <w:r w:rsidRPr="00B5752F">
        <w:rPr>
          <w:rFonts w:ascii="Book Antiqua" w:eastAsia="Calibri" w:hAnsi="Book Antiqua"/>
          <w:lang w:val="ro-RO"/>
        </w:rPr>
        <w:t>nlocuirea sursei este permis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numai cu o surs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cel pu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in echivalent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, notificat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justificat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autorit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 contractante.</w:t>
      </w:r>
    </w:p>
    <w:p w14:paraId="665360D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Răspundem fa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de autoritatea contractant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 xml:space="preserve"> pentru prejudiciile cauzate ca urmare a nerespect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rii obliga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iilor asumate. Accept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m verificarea capacit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ii, a motivelor de excludere </w:t>
      </w:r>
      <w:r w:rsidRPr="00B5752F">
        <w:rPr>
          <w:rFonts w:ascii="Cambria" w:eastAsia="Calibri" w:hAnsi="Cambria" w:cs="Cambria"/>
          <w:lang w:val="ro-RO"/>
        </w:rPr>
        <w:t>ș</w:t>
      </w:r>
      <w:r w:rsidRPr="00B5752F">
        <w:rPr>
          <w:rFonts w:ascii="Book Antiqua" w:eastAsia="Calibri" w:hAnsi="Book Antiqua"/>
          <w:lang w:val="ro-RO"/>
        </w:rPr>
        <w:t>i a modului efectiv de materializare a sus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inerii.</w:t>
      </w:r>
    </w:p>
    <w:p w14:paraId="27B6B0C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Anexe: documente privind resursele și modalitatea efectivă de punere la dispoziție; documente privind experiența, după caz; acordul/înscrisul juridic relevant și celelalte documente solicitate prin documentația de atribuire.</w:t>
      </w:r>
    </w:p>
    <w:p w14:paraId="26A7D31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0F5A510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Ter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 xml:space="preserve"> sus</w:t>
      </w:r>
      <w:r w:rsidRPr="00B5752F">
        <w:rPr>
          <w:rFonts w:ascii="Cambria" w:eastAsia="Calibri" w:hAnsi="Cambria" w:cs="Cambria"/>
          <w:lang w:val="ro-RO"/>
        </w:rPr>
        <w:t>ț</w:t>
      </w:r>
      <w:r w:rsidRPr="00B5752F">
        <w:rPr>
          <w:rFonts w:ascii="Book Antiqua" w:eastAsia="Calibri" w:hAnsi="Book Antiqua"/>
          <w:lang w:val="ro-RO"/>
        </w:rPr>
        <w:t>in</w:t>
      </w:r>
      <w:r w:rsidRPr="00B5752F">
        <w:rPr>
          <w:rFonts w:ascii="Book Antiqua" w:eastAsia="Calibri" w:hAnsi="Book Antiqua" w:cs="Book Antiqua"/>
          <w:lang w:val="ro-RO"/>
        </w:rPr>
        <w:t>ă</w:t>
      </w:r>
      <w:r w:rsidRPr="00B5752F">
        <w:rPr>
          <w:rFonts w:ascii="Book Antiqua" w:eastAsia="Calibri" w:hAnsi="Book Antiqua"/>
          <w:lang w:val="ro-RO"/>
        </w:rPr>
        <w:t>tor: ______________________________</w:t>
      </w:r>
    </w:p>
    <w:p w14:paraId="16E274EC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_________________________________</w:t>
      </w:r>
    </w:p>
    <w:p w14:paraId="08AC483F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545C4970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br w:type="page"/>
      </w:r>
    </w:p>
    <w:p w14:paraId="7C2268E9" w14:textId="76A4B4B8" w:rsidR="0021484D" w:rsidRPr="00B5752F" w:rsidRDefault="0021484D" w:rsidP="000A3C27">
      <w:pPr>
        <w:spacing w:after="80"/>
        <w:jc w:val="both"/>
        <w:rPr>
          <w:rFonts w:ascii="Book Antiqua" w:hAnsi="Book Antiqua"/>
          <w:lang w:val="ro-RO"/>
        </w:rPr>
      </w:pPr>
    </w:p>
    <w:p w14:paraId="4F1F9DAE" w14:textId="0BD04DBB" w:rsidR="0021484D" w:rsidRPr="00B5752F" w:rsidRDefault="001D7A80" w:rsidP="00E82577">
      <w:pPr>
        <w:pStyle w:val="Titlu1"/>
        <w:spacing w:after="80"/>
        <w:rPr>
          <w:rFonts w:ascii="Book Antiqua" w:hAnsi="Book Antiqua"/>
          <w:color w:val="auto"/>
          <w:lang w:val="ro-RO"/>
        </w:rPr>
      </w:pPr>
      <w:r>
        <w:rPr>
          <w:rFonts w:ascii="Book Antiqua" w:eastAsia="Calibri" w:hAnsi="Book Antiqua"/>
          <w:color w:val="auto"/>
          <w:sz w:val="30"/>
          <w:lang w:val="ro-RO"/>
        </w:rPr>
        <w:t>Formularul nr. 1</w:t>
      </w:r>
      <w:r w:rsidR="003E0912">
        <w:rPr>
          <w:rFonts w:ascii="Book Antiqua" w:eastAsia="Calibri" w:hAnsi="Book Antiqua"/>
          <w:color w:val="auto"/>
          <w:sz w:val="30"/>
          <w:lang w:val="ro-RO"/>
        </w:rPr>
        <w:t>1</w:t>
      </w:r>
      <w:r>
        <w:rPr>
          <w:rFonts w:ascii="Book Antiqua" w:eastAsia="Calibri" w:hAnsi="Book Antiqua"/>
          <w:color w:val="auto"/>
          <w:sz w:val="30"/>
          <w:lang w:val="ro-RO"/>
        </w:rPr>
        <w:t xml:space="preserve"> - Declarație privind respectarea obligațiilor de igienă și siguranță a alimentelor</w:t>
      </w:r>
    </w:p>
    <w:p w14:paraId="0AF0F528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Subsemnatul(a) ______________________________, reprezentant al ______________________________, declar că:</w:t>
      </w:r>
    </w:p>
    <w:p w14:paraId="58F9A3F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1. serviciile vor fi prestate cu respectarea legislației sanitar-veterinare și pentru siguranța alimentelor, a normelor de igienă și a cerințelor caietului de sarcini;</w:t>
      </w:r>
    </w:p>
    <w:p w14:paraId="7C135F64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2. hrana va fi preparată în dimineața zilei servirii, în condiții igienico-sanitare corespunzătoare și va fi transportată/distribuită cu menținerea temperaturii adecvate;</w:t>
      </w:r>
    </w:p>
    <w:p w14:paraId="0E3F6F6D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3. vom asigura trasabilitatea produselor, documentele aferente fiecărei livrări și prelevarea, etichetarea și păstrarea probelor alimentare timp de 48 de ore;</w:t>
      </w:r>
    </w:p>
    <w:p w14:paraId="32A251E2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4. vom respecta cerințele privind meniurile, alergenii și regimurile alimentare speciale comunicate pentru beneficiari;</w:t>
      </w:r>
    </w:p>
    <w:p w14:paraId="182C282A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5. personalul implicat în producerea, manipularea, transportul și distribuirea alimentelor va deține instruirile, documentele medicale și aptitudinile cerute de legislația aplicabilă;</w:t>
      </w:r>
    </w:p>
    <w:p w14:paraId="710D9DA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6. vom respecta cerințele privind ambalarea, etichetarea, transportul, distribuirea și interdicția păstrării alimentelor de la o masă la alta, precum și orice alte obligații prevăzute de documentația de atribuire.</w:t>
      </w:r>
    </w:p>
    <w:p w14:paraId="32664465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Data: __________</w:t>
      </w:r>
    </w:p>
    <w:p w14:paraId="185AB507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Operator economic: __________________________</w:t>
      </w:r>
    </w:p>
    <w:p w14:paraId="6ADF9B51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 w:rsidRPr="00B5752F">
        <w:rPr>
          <w:rFonts w:ascii="Book Antiqua" w:eastAsia="Calibri" w:hAnsi="Book Antiqua"/>
          <w:lang w:val="ro-RO"/>
        </w:rPr>
        <w:t>Reprezentant: ______________________________</w:t>
      </w:r>
    </w:p>
    <w:p w14:paraId="1F566119" w14:textId="77777777" w:rsidR="0021484D" w:rsidRPr="00B5752F" w:rsidRDefault="001D7A80" w:rsidP="000A3C27">
      <w:pPr>
        <w:spacing w:after="80"/>
        <w:jc w:val="both"/>
        <w:rPr>
          <w:rFonts w:ascii="Book Antiqua" w:hAnsi="Book Antiqua"/>
          <w:lang w:val="ro-RO"/>
        </w:rPr>
      </w:pPr>
      <w:r>
        <w:rPr>
          <w:rFonts w:ascii="Book Antiqua" w:eastAsia="Calibri" w:hAnsi="Book Antiqua"/>
          <w:lang w:val="ro-RO"/>
        </w:rPr>
        <w:t>Semnătura</w:t>
      </w:r>
    </w:p>
    <w:p w14:paraId="4FD7BA7F" w14:textId="77777777" w:rsidR="001A0BA5" w:rsidRPr="00B5752F" w:rsidRDefault="001D7A80">
      <w:pPr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br w:type="page"/>
      </w:r>
    </w:p>
    <w:p w14:paraId="221A7FBE" w14:textId="05226A93" w:rsidR="00FE4322" w:rsidRPr="00B5752F" w:rsidRDefault="005364FD">
      <w:pPr>
        <w:pStyle w:val="Titlu1"/>
        <w:rPr>
          <w:rFonts w:ascii="Book Antiqua" w:hAnsi="Book Antiqua"/>
          <w:color w:val="auto"/>
          <w:lang w:val="ro-RO"/>
        </w:rPr>
      </w:pPr>
      <w:r>
        <w:rPr>
          <w:rFonts w:ascii="Book Antiqua" w:hAnsi="Book Antiqua"/>
          <w:color w:val="auto"/>
          <w:lang w:val="ro-RO"/>
        </w:rPr>
        <w:lastRenderedPageBreak/>
        <w:t>Formularul nr. 1</w:t>
      </w:r>
      <w:r w:rsidR="003E0912">
        <w:rPr>
          <w:rFonts w:ascii="Book Antiqua" w:hAnsi="Book Antiqua"/>
          <w:color w:val="auto"/>
          <w:lang w:val="ro-RO"/>
        </w:rPr>
        <w:t>2</w:t>
      </w:r>
      <w:r>
        <w:rPr>
          <w:rFonts w:ascii="Book Antiqua" w:hAnsi="Book Antiqua"/>
          <w:color w:val="auto"/>
          <w:lang w:val="ro-RO"/>
        </w:rPr>
        <w:t xml:space="preserve"> - Defalcarea costului pe porție</w:t>
      </w:r>
    </w:p>
    <w:p w14:paraId="6DA35B2F" w14:textId="77777777" w:rsidR="00FE4322" w:rsidRPr="00B5752F" w:rsidRDefault="00FE4322">
      <w:pPr>
        <w:rPr>
          <w:rFonts w:ascii="Book Antiqua" w:hAnsi="Book Antiqua"/>
          <w:lang w:val="ro-RO"/>
        </w:rPr>
      </w:pPr>
    </w:p>
    <w:p w14:paraId="2EEE1F00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Subsemnatul(a) ______________________________, în calitate de reprezentant legal/împuternicit al operatorului economic ______________________________, participant la procedura de atribuire a contractului de servicii având ca obiect „Servicii de catering pentru elevii unităților de învățământ din orașul Rovinari, în cadrul Programului Național «Masă sănătoasă» (PNMS) – anul 2026”, declar următoarea structură a costului unitar/porție ofertat:</w:t>
      </w:r>
    </w:p>
    <w:tbl>
      <w:tblPr>
        <w:tblStyle w:val="Tabelgril"/>
        <w:tblW w:w="900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3000"/>
        <w:gridCol w:w="3300"/>
      </w:tblGrid>
      <w:tr w:rsidR="00DB322A" w:rsidRPr="00B5752F" w14:paraId="79D802AE" w14:textId="77777777" w:rsidTr="003E0912">
        <w:trPr>
          <w:tblHeader/>
          <w:jc w:val="center"/>
        </w:trPr>
        <w:tc>
          <w:tcPr>
            <w:tcW w:w="27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27FF79" w14:textId="77777777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b/>
                <w:sz w:val="21"/>
                <w:lang w:val="ro-RO"/>
              </w:rPr>
              <w:t>Materii prime / produse alimentare</w:t>
            </w:r>
          </w:p>
        </w:tc>
        <w:tc>
          <w:tcPr>
            <w:tcW w:w="30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80687A" w14:textId="77777777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b/>
                <w:sz w:val="21"/>
                <w:lang w:val="ro-RO"/>
              </w:rPr>
              <w:t>Servicii de preparare a hranei</w:t>
            </w:r>
          </w:p>
        </w:tc>
        <w:tc>
          <w:tcPr>
            <w:tcW w:w="33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34C78B" w14:textId="77777777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b/>
                <w:sz w:val="21"/>
                <w:lang w:val="ro-RO"/>
              </w:rPr>
              <w:t>Servicii de transport</w:t>
            </w:r>
          </w:p>
        </w:tc>
      </w:tr>
      <w:tr w:rsidR="00FE4322" w:rsidRPr="00B5752F" w14:paraId="72021934" w14:textId="77777777" w:rsidTr="003E0912">
        <w:trPr>
          <w:jc w:val="center"/>
        </w:trPr>
        <w:tc>
          <w:tcPr>
            <w:tcW w:w="27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2E5240" w14:textId="77777777" w:rsidR="003E0912" w:rsidRDefault="003E0912">
            <w:pPr>
              <w:spacing w:after="0" w:line="240" w:lineRule="auto"/>
              <w:jc w:val="center"/>
              <w:rPr>
                <w:rFonts w:ascii="Book Antiqua" w:hAnsi="Book Antiqua"/>
                <w:sz w:val="21"/>
                <w:lang w:val="ro-RO"/>
              </w:rPr>
            </w:pPr>
          </w:p>
          <w:p w14:paraId="6EEBC1DF" w14:textId="145F2C2C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sz w:val="21"/>
                <w:lang w:val="ro-RO"/>
              </w:rPr>
              <w:t>________ lei/porție fără TVA</w:t>
            </w:r>
          </w:p>
        </w:tc>
        <w:tc>
          <w:tcPr>
            <w:tcW w:w="30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79812B" w14:textId="77777777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sz w:val="21"/>
                <w:lang w:val="ro-RO"/>
              </w:rPr>
              <w:t>________ lei/porție fără TVA</w:t>
            </w:r>
          </w:p>
        </w:tc>
        <w:tc>
          <w:tcPr>
            <w:tcW w:w="33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5D43E3" w14:textId="77777777" w:rsidR="00FE4322" w:rsidRPr="00B5752F" w:rsidRDefault="005364FD">
            <w:pPr>
              <w:spacing w:after="0" w:line="240" w:lineRule="auto"/>
              <w:jc w:val="center"/>
              <w:rPr>
                <w:rFonts w:ascii="Book Antiqua" w:hAnsi="Book Antiqua"/>
                <w:lang w:val="ro-RO"/>
              </w:rPr>
            </w:pPr>
            <w:r>
              <w:rPr>
                <w:rFonts w:ascii="Book Antiqua" w:hAnsi="Book Antiqua"/>
                <w:sz w:val="21"/>
                <w:lang w:val="ro-RO"/>
              </w:rPr>
              <w:t>________ lei/porție fără TVA</w:t>
            </w:r>
          </w:p>
        </w:tc>
      </w:tr>
    </w:tbl>
    <w:p w14:paraId="558DD381" w14:textId="77777777" w:rsidR="00FE4322" w:rsidRPr="00B5752F" w:rsidRDefault="00FE4322">
      <w:pPr>
        <w:rPr>
          <w:rFonts w:ascii="Book Antiqua" w:hAnsi="Book Antiqua"/>
          <w:lang w:val="ro-RO"/>
        </w:rPr>
      </w:pPr>
    </w:p>
    <w:p w14:paraId="3CF7EBBB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1. Suma celor trei componente de mai sus este egală cu prețul unitar/porție fără TVA înscris în Formularul nr. 5 și în Formularul nr. 6.</w:t>
      </w:r>
    </w:p>
    <w:p w14:paraId="0E1B460B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2. Prețul unitar/porție include toate costurile directe și indirecte necesare prestării integrale a serviciilor în condițiile caietului de sarcini și ale contractului.</w:t>
      </w:r>
    </w:p>
    <w:p w14:paraId="475AD70F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3. Defalcarea prezentată este fermă și este corelată cu propunerea financiară; plata se va efectua pentru numărul efectiv de porții comandate, livrate și recepționate.</w:t>
      </w:r>
    </w:p>
    <w:p w14:paraId="02F923BC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4. Valoarea totală ofertată se determină prin înmulțirea prețului unitar/porție cu cantitatea maximă estimată de 12.342 porții, fără ca plata să fie datorată pentru porții necomandate sau nelivrate.</w:t>
      </w:r>
    </w:p>
    <w:p w14:paraId="2ADC8923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5. Înțelegem că orice necorelare între prezenta defalcare și celelalte documente ale propunerii financiare poate face obiectul solicitărilor de clarificări, în limitele permise de documentația de atribuire.</w:t>
      </w:r>
    </w:p>
    <w:p w14:paraId="6985D324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6. Informațiile din prezenta declarație sunt asumate ca parte integrantă a propunerii financiare și vor fi respectate pe întreaga durată a contractului.</w:t>
      </w:r>
    </w:p>
    <w:p w14:paraId="4E01EB3D" w14:textId="77777777" w:rsidR="00FE4322" w:rsidRPr="00B5752F" w:rsidRDefault="00FE4322">
      <w:pPr>
        <w:rPr>
          <w:rFonts w:ascii="Book Antiqua" w:hAnsi="Book Antiqua"/>
          <w:lang w:val="ro-RO"/>
        </w:rPr>
      </w:pPr>
    </w:p>
    <w:p w14:paraId="3AAA50DD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Data: __________</w:t>
      </w:r>
    </w:p>
    <w:p w14:paraId="32ECEFA0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Operator economic: __________________________</w:t>
      </w:r>
    </w:p>
    <w:p w14:paraId="46B18F96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 w:rsidRPr="00B5752F">
        <w:rPr>
          <w:rFonts w:ascii="Book Antiqua" w:hAnsi="Book Antiqua"/>
          <w:lang w:val="ro-RO"/>
        </w:rPr>
        <w:t>Reprezentant: ______________________________</w:t>
      </w:r>
    </w:p>
    <w:p w14:paraId="24DE4BC1" w14:textId="77777777" w:rsidR="00FE4322" w:rsidRPr="00B5752F" w:rsidRDefault="005364FD">
      <w:pPr>
        <w:jc w:val="both"/>
        <w:rPr>
          <w:rFonts w:ascii="Book Antiqua" w:hAnsi="Book Antiqua"/>
          <w:lang w:val="ro-RO"/>
        </w:rPr>
      </w:pPr>
      <w:r>
        <w:rPr>
          <w:rFonts w:ascii="Book Antiqua" w:hAnsi="Book Antiqua"/>
          <w:lang w:val="ro-RO"/>
        </w:rPr>
        <w:t>Semnătura</w:t>
      </w:r>
    </w:p>
    <w:sectPr w:rsidR="00FE4322" w:rsidRPr="00B5752F" w:rsidSect="00034616">
      <w:footerReference w:type="default" r:id="rId8"/>
      <w:pgSz w:w="11906" w:h="16838"/>
      <w:pgMar w:top="96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1CF0" w14:textId="77777777" w:rsidR="00CF7CE0" w:rsidRDefault="00CF7CE0">
      <w:pPr>
        <w:spacing w:after="0" w:line="240" w:lineRule="auto"/>
      </w:pPr>
      <w:r>
        <w:separator/>
      </w:r>
    </w:p>
  </w:endnote>
  <w:endnote w:type="continuationSeparator" w:id="0">
    <w:p w14:paraId="72843E6B" w14:textId="77777777" w:rsidR="00CF7CE0" w:rsidRDefault="00CF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960224"/>
      <w:docPartObj>
        <w:docPartGallery w:val="Page Numbers (Bottom of Page)"/>
        <w:docPartUnique/>
      </w:docPartObj>
    </w:sdtPr>
    <w:sdtEndPr/>
    <w:sdtContent>
      <w:p w14:paraId="6A10C13A" w14:textId="77777777" w:rsidR="00DE4794" w:rsidRDefault="00DE4794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1FD1BF11" w14:textId="77777777" w:rsidR="0021484D" w:rsidRDefault="0021484D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6BE5" w14:textId="77777777" w:rsidR="00CF7CE0" w:rsidRDefault="00CF7CE0">
      <w:pPr>
        <w:spacing w:after="0" w:line="240" w:lineRule="auto"/>
      </w:pPr>
      <w:r>
        <w:separator/>
      </w:r>
    </w:p>
  </w:footnote>
  <w:footnote w:type="continuationSeparator" w:id="0">
    <w:p w14:paraId="2DBD118F" w14:textId="77777777" w:rsidR="00CF7CE0" w:rsidRDefault="00CF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78418">
    <w:abstractNumId w:val="8"/>
  </w:num>
  <w:num w:numId="2" w16cid:durableId="1853299957">
    <w:abstractNumId w:val="6"/>
  </w:num>
  <w:num w:numId="3" w16cid:durableId="1645505747">
    <w:abstractNumId w:val="5"/>
  </w:num>
  <w:num w:numId="4" w16cid:durableId="528303584">
    <w:abstractNumId w:val="4"/>
  </w:num>
  <w:num w:numId="5" w16cid:durableId="1423142055">
    <w:abstractNumId w:val="7"/>
  </w:num>
  <w:num w:numId="6" w16cid:durableId="79373033">
    <w:abstractNumId w:val="3"/>
  </w:num>
  <w:num w:numId="7" w16cid:durableId="184757569">
    <w:abstractNumId w:val="2"/>
  </w:num>
  <w:num w:numId="8" w16cid:durableId="950356205">
    <w:abstractNumId w:val="1"/>
  </w:num>
  <w:num w:numId="9" w16cid:durableId="181294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F91"/>
    <w:rsid w:val="00033AC4"/>
    <w:rsid w:val="00034616"/>
    <w:rsid w:val="0006063C"/>
    <w:rsid w:val="000A3C27"/>
    <w:rsid w:val="0015074B"/>
    <w:rsid w:val="001A0BA5"/>
    <w:rsid w:val="001B1EDB"/>
    <w:rsid w:val="001D7A80"/>
    <w:rsid w:val="0021484D"/>
    <w:rsid w:val="00234D85"/>
    <w:rsid w:val="0029639D"/>
    <w:rsid w:val="002D3D5D"/>
    <w:rsid w:val="00326F90"/>
    <w:rsid w:val="003A7BD4"/>
    <w:rsid w:val="003E0912"/>
    <w:rsid w:val="004622E8"/>
    <w:rsid w:val="004974D4"/>
    <w:rsid w:val="005364FD"/>
    <w:rsid w:val="0072343A"/>
    <w:rsid w:val="00807DED"/>
    <w:rsid w:val="00837252"/>
    <w:rsid w:val="009514E1"/>
    <w:rsid w:val="009718C3"/>
    <w:rsid w:val="009E314A"/>
    <w:rsid w:val="00A27D98"/>
    <w:rsid w:val="00AA1D8D"/>
    <w:rsid w:val="00AF477E"/>
    <w:rsid w:val="00B113FD"/>
    <w:rsid w:val="00B20B63"/>
    <w:rsid w:val="00B47730"/>
    <w:rsid w:val="00B5752F"/>
    <w:rsid w:val="00B91DFE"/>
    <w:rsid w:val="00C6719C"/>
    <w:rsid w:val="00C859BF"/>
    <w:rsid w:val="00CB0664"/>
    <w:rsid w:val="00CF7CE0"/>
    <w:rsid w:val="00DB322A"/>
    <w:rsid w:val="00DE09D3"/>
    <w:rsid w:val="00DE4794"/>
    <w:rsid w:val="00E11275"/>
    <w:rsid w:val="00E21AD9"/>
    <w:rsid w:val="00E82577"/>
    <w:rsid w:val="00EB60C1"/>
    <w:rsid w:val="00F135D1"/>
    <w:rsid w:val="00FA0338"/>
    <w:rsid w:val="00FC693F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D117F1"/>
  <w14:defaultImageDpi w14:val="300"/>
  <w15:docId w15:val="{0DF0F660-B98A-404D-B019-D854045C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3946</Words>
  <Characters>22496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Formulare procedură - Reabilitare energetică Liceu Gheorghe Tătărescu</dc:title>
  <dc:subject>Formulare corelate cu strategia, caietul de sarcini, contractul și anexa de ajustare</dc:subject>
  <dc:creator>UAT Oraș Rovinari</dc:creator>
  <cp:keywords/>
  <dc:description>generated by python-docx</dc:description>
  <cp:lastModifiedBy>Anca</cp:lastModifiedBy>
  <cp:revision>26</cp:revision>
  <dcterms:created xsi:type="dcterms:W3CDTF">2013-12-23T23:15:00Z</dcterms:created>
  <dcterms:modified xsi:type="dcterms:W3CDTF">2026-09-22T05:22:00Z</dcterms:modified>
  <cp:category/>
</cp:coreProperties>
</file>